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E0E" w:rsidRPr="00493AE3" w:rsidRDefault="00C85E0E" w:rsidP="00493AE3">
      <w:pPr>
        <w:pStyle w:val="NoSpacing"/>
        <w:jc w:val="center"/>
        <w:rPr>
          <w:rFonts w:ascii="Times New Roman" w:hAnsi="Times New Roman" w:cs="Times New Roman"/>
          <w:b/>
          <w:sz w:val="24"/>
          <w:szCs w:val="24"/>
        </w:rPr>
      </w:pPr>
      <w:r w:rsidRPr="00493AE3">
        <w:rPr>
          <w:rFonts w:ascii="Times New Roman" w:hAnsi="Times New Roman" w:cs="Times New Roman"/>
          <w:b/>
          <w:sz w:val="24"/>
          <w:szCs w:val="24"/>
        </w:rPr>
        <w:t xml:space="preserve">2024 </w:t>
      </w:r>
      <w:r w:rsidR="004D334A" w:rsidRPr="00493AE3">
        <w:rPr>
          <w:rFonts w:ascii="Times New Roman" w:hAnsi="Times New Roman" w:cs="Times New Roman"/>
          <w:b/>
          <w:sz w:val="24"/>
          <w:szCs w:val="24"/>
        </w:rPr>
        <w:t>Applied Mathematics Ordina</w:t>
      </w:r>
      <w:r w:rsidR="00F47E7D" w:rsidRPr="00493AE3">
        <w:rPr>
          <w:rFonts w:ascii="Times New Roman" w:hAnsi="Times New Roman" w:cs="Times New Roman"/>
          <w:b/>
          <w:sz w:val="24"/>
          <w:szCs w:val="24"/>
        </w:rPr>
        <w:t>ry Level</w:t>
      </w:r>
    </w:p>
    <w:p w:rsidR="00493AE3" w:rsidRDefault="00493AE3" w:rsidP="004D334A">
      <w:pPr>
        <w:pStyle w:val="NoSpacing"/>
        <w:rPr>
          <w:rFonts w:ascii="Times New Roman" w:hAnsi="Times New Roman" w:cs="Times New Roman"/>
          <w:b/>
          <w:bCs/>
          <w:sz w:val="24"/>
          <w:szCs w:val="24"/>
          <w:lang w:val="en-IE"/>
        </w:rPr>
      </w:pPr>
      <w:bookmarkStart w:id="0" w:name="_GoBack"/>
      <w:bookmarkEnd w:id="0"/>
    </w:p>
    <w:p w:rsidR="004D334A" w:rsidRPr="00F90E86" w:rsidRDefault="004D334A" w:rsidP="004D334A">
      <w:pPr>
        <w:pStyle w:val="NoSpacing"/>
        <w:rPr>
          <w:rFonts w:ascii="Times New Roman" w:hAnsi="Times New Roman" w:cs="Times New Roman"/>
          <w:b/>
          <w:bCs/>
          <w:sz w:val="24"/>
          <w:szCs w:val="24"/>
          <w:lang w:val="en-IE"/>
        </w:rPr>
      </w:pPr>
      <w:r w:rsidRPr="00F90E86">
        <w:rPr>
          <w:rFonts w:ascii="Times New Roman" w:hAnsi="Times New Roman" w:cs="Times New Roman"/>
          <w:b/>
          <w:bCs/>
          <w:sz w:val="24"/>
          <w:szCs w:val="24"/>
          <w:lang w:val="en-IE"/>
        </w:rPr>
        <w:t>Question 1</w:t>
      </w:r>
    </w:p>
    <w:p w:rsidR="004D334A" w:rsidRP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A car is travelling on a straight level road.</w:t>
      </w:r>
    </w:p>
    <w:p w:rsidR="004D334A" w:rsidRP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The car is travelling with a speed of 25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 xml:space="preserve"> when it passes a shop.</w:t>
      </w:r>
    </w:p>
    <w:p w:rsidR="004D334A" w:rsidRP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After passing the shop it immediately decelerates uniformly for 5 seconds to a speed of 10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w:t>
      </w:r>
    </w:p>
    <w:p w:rsidR="004D334A" w:rsidRP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The car continues at this speed for 5 seconds. It then accelerates uniformly from 10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 xml:space="preserve"> to a speed of 20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 in 60 m.</w:t>
      </w:r>
    </w:p>
    <w:p w:rsidR="004D334A" w:rsidRPr="004D334A" w:rsidRDefault="004D334A" w:rsidP="004D334A">
      <w:pPr>
        <w:pStyle w:val="NoSpacing"/>
        <w:numPr>
          <w:ilvl w:val="0"/>
          <w:numId w:val="10"/>
        </w:numPr>
        <w:rPr>
          <w:rFonts w:ascii="Times New Roman" w:hAnsi="Times New Roman" w:cs="Times New Roman"/>
          <w:sz w:val="24"/>
          <w:szCs w:val="24"/>
        </w:rPr>
      </w:pPr>
      <w:r w:rsidRPr="004D334A">
        <w:rPr>
          <w:rFonts w:ascii="Times New Roman" w:hAnsi="Times New Roman" w:cs="Times New Roman"/>
          <w:sz w:val="24"/>
          <w:szCs w:val="24"/>
          <w:lang w:val="en-IE"/>
        </w:rPr>
        <w:t>Calculate the deceleration of the car.</w:t>
      </w:r>
    </w:p>
    <w:p w:rsidR="004D334A" w:rsidRPr="004D334A" w:rsidRDefault="004D334A" w:rsidP="004D334A">
      <w:pPr>
        <w:pStyle w:val="NoSpacing"/>
        <w:numPr>
          <w:ilvl w:val="0"/>
          <w:numId w:val="10"/>
        </w:numPr>
        <w:rPr>
          <w:rFonts w:ascii="Times New Roman" w:hAnsi="Times New Roman" w:cs="Times New Roman"/>
          <w:sz w:val="24"/>
          <w:szCs w:val="24"/>
        </w:rPr>
      </w:pPr>
      <w:r w:rsidRPr="004D334A">
        <w:rPr>
          <w:rFonts w:ascii="Times New Roman" w:hAnsi="Times New Roman" w:cs="Times New Roman"/>
          <w:sz w:val="24"/>
          <w:szCs w:val="24"/>
          <w:lang w:val="en-IE"/>
        </w:rPr>
        <w:t>Calculate the acceleration of the car.</w:t>
      </w:r>
    </w:p>
    <w:p w:rsidR="004D334A" w:rsidRPr="004D334A" w:rsidRDefault="004D334A" w:rsidP="004D334A">
      <w:pPr>
        <w:pStyle w:val="NoSpacing"/>
        <w:numPr>
          <w:ilvl w:val="0"/>
          <w:numId w:val="10"/>
        </w:numPr>
        <w:rPr>
          <w:rFonts w:ascii="Times New Roman" w:hAnsi="Times New Roman" w:cs="Times New Roman"/>
          <w:sz w:val="24"/>
          <w:szCs w:val="24"/>
        </w:rPr>
      </w:pPr>
      <w:r w:rsidRPr="004D334A">
        <w:rPr>
          <w:rFonts w:ascii="Times New Roman" w:hAnsi="Times New Roman" w:cs="Times New Roman"/>
          <w:sz w:val="24"/>
          <w:szCs w:val="24"/>
          <w:lang w:val="en-IE"/>
        </w:rPr>
        <w:t>Calculate the time the car spends accelerating, from 10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 xml:space="preserve"> to a speed of 20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w:t>
      </w:r>
    </w:p>
    <w:p w:rsidR="004D334A" w:rsidRDefault="004D334A" w:rsidP="004D334A">
      <w:pPr>
        <w:pStyle w:val="NoSpacing"/>
        <w:rPr>
          <w:rFonts w:ascii="Times New Roman" w:hAnsi="Times New Roman" w:cs="Times New Roman"/>
          <w:sz w:val="24"/>
          <w:szCs w:val="24"/>
          <w:lang w:val="en-IE"/>
        </w:rPr>
      </w:pPr>
    </w:p>
    <w:p w:rsidR="004D334A" w:rsidRPr="004D334A" w:rsidRDefault="004D334A" w:rsidP="004D334A">
      <w:pPr>
        <w:pStyle w:val="NoSpacing"/>
        <w:numPr>
          <w:ilvl w:val="0"/>
          <w:numId w:val="10"/>
        </w:numPr>
        <w:rPr>
          <w:rFonts w:ascii="Times New Roman" w:hAnsi="Times New Roman" w:cs="Times New Roman"/>
          <w:sz w:val="24"/>
          <w:szCs w:val="24"/>
          <w:lang w:val="en-IE"/>
        </w:rPr>
      </w:pPr>
      <w:r w:rsidRPr="004D334A">
        <w:rPr>
          <w:rFonts w:ascii="Times New Roman" w:hAnsi="Times New Roman" w:cs="Times New Roman"/>
          <w:sz w:val="24"/>
          <w:szCs w:val="24"/>
          <w:lang w:val="en-IE"/>
        </w:rPr>
        <w:t>Once the car reaches 20 m s</w:t>
      </w:r>
      <w:r w:rsidRPr="004D334A">
        <w:rPr>
          <w:rFonts w:ascii="Times New Roman" w:hAnsi="Times New Roman" w:cs="Times New Roman"/>
          <w:sz w:val="24"/>
          <w:szCs w:val="24"/>
          <w:vertAlign w:val="superscript"/>
          <w:lang w:val="en-IE"/>
        </w:rPr>
        <w:t>–1</w:t>
      </w:r>
      <w:r w:rsidRPr="004D334A">
        <w:rPr>
          <w:rFonts w:ascii="Times New Roman" w:hAnsi="Times New Roman" w:cs="Times New Roman"/>
          <w:sz w:val="24"/>
          <w:szCs w:val="24"/>
          <w:lang w:val="en-IE"/>
        </w:rPr>
        <w:t xml:space="preserve"> it continues to travel at this speed.</w:t>
      </w:r>
    </w:p>
    <w:p w:rsidR="004D334A" w:rsidRPr="004D334A" w:rsidRDefault="004D334A" w:rsidP="004D334A">
      <w:pPr>
        <w:pStyle w:val="NoSpacing"/>
        <w:ind w:left="360"/>
        <w:rPr>
          <w:rFonts w:ascii="Times New Roman" w:hAnsi="Times New Roman" w:cs="Times New Roman"/>
          <w:sz w:val="24"/>
          <w:szCs w:val="24"/>
          <w:lang w:val="en-IE"/>
        </w:rPr>
      </w:pPr>
      <w:r w:rsidRPr="004D334A">
        <w:rPr>
          <w:rFonts w:ascii="Times New Roman" w:hAnsi="Times New Roman" w:cs="Times New Roman"/>
          <w:sz w:val="24"/>
          <w:szCs w:val="24"/>
          <w:lang w:val="en-IE"/>
        </w:rPr>
        <w:t>After 10 s, it passes a parked speed van.</w:t>
      </w:r>
    </w:p>
    <w:p w:rsidR="004D334A" w:rsidRDefault="004D334A" w:rsidP="004D334A">
      <w:pPr>
        <w:pStyle w:val="NoSpacing"/>
        <w:ind w:left="360"/>
        <w:rPr>
          <w:rFonts w:ascii="Times New Roman" w:hAnsi="Times New Roman" w:cs="Times New Roman"/>
          <w:sz w:val="24"/>
          <w:szCs w:val="24"/>
        </w:rPr>
      </w:pPr>
      <w:r w:rsidRPr="004D334A">
        <w:rPr>
          <w:rFonts w:ascii="Times New Roman" w:hAnsi="Times New Roman" w:cs="Times New Roman"/>
          <w:sz w:val="24"/>
          <w:szCs w:val="24"/>
        </w:rPr>
        <w:drawing>
          <wp:anchor distT="0" distB="0" distL="114300" distR="114300" simplePos="0" relativeHeight="251619840" behindDoc="0" locked="0" layoutInCell="1" allowOverlap="1">
            <wp:simplePos x="0" y="0"/>
            <wp:positionH relativeFrom="column">
              <wp:posOffset>234950</wp:posOffset>
            </wp:positionH>
            <wp:positionV relativeFrom="paragraph">
              <wp:posOffset>474980</wp:posOffset>
            </wp:positionV>
            <wp:extent cx="6655142" cy="3314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55142" cy="3314870"/>
                    </a:xfrm>
                    <a:prstGeom prst="rect">
                      <a:avLst/>
                    </a:prstGeom>
                  </pic:spPr>
                </pic:pic>
              </a:graphicData>
            </a:graphic>
          </wp:anchor>
        </w:drawing>
      </w:r>
      <w:r w:rsidRPr="004D334A">
        <w:rPr>
          <w:rFonts w:ascii="Times New Roman" w:hAnsi="Times New Roman" w:cs="Times New Roman"/>
          <w:sz w:val="24"/>
          <w:szCs w:val="24"/>
          <w:lang w:val="en-IE"/>
        </w:rPr>
        <w:t xml:space="preserve">Using the axes below, draw an </w:t>
      </w:r>
      <w:r w:rsidRPr="004D334A">
        <w:rPr>
          <w:rFonts w:ascii="Times New Roman" w:hAnsi="Times New Roman" w:cs="Times New Roman"/>
          <w:bCs/>
          <w:sz w:val="24"/>
          <w:szCs w:val="24"/>
          <w:lang w:val="en-IE"/>
        </w:rPr>
        <w:t xml:space="preserve">accurate </w:t>
      </w:r>
      <w:r w:rsidRPr="004D334A">
        <w:rPr>
          <w:rFonts w:ascii="Times New Roman" w:hAnsi="Times New Roman" w:cs="Times New Roman"/>
          <w:sz w:val="24"/>
          <w:szCs w:val="24"/>
          <w:lang w:val="en-IE"/>
        </w:rPr>
        <w:t>velocity-time graph showing the motion of the car</w:t>
      </w:r>
      <w:r>
        <w:rPr>
          <w:rFonts w:ascii="Times New Roman" w:hAnsi="Times New Roman" w:cs="Times New Roman"/>
          <w:sz w:val="24"/>
          <w:szCs w:val="24"/>
          <w:lang w:val="en-IE"/>
        </w:rPr>
        <w:t xml:space="preserve"> </w:t>
      </w:r>
      <w:r w:rsidRPr="004D334A">
        <w:rPr>
          <w:rFonts w:ascii="Times New Roman" w:hAnsi="Times New Roman" w:cs="Times New Roman"/>
          <w:sz w:val="24"/>
          <w:szCs w:val="24"/>
          <w:lang w:val="en-IE"/>
        </w:rPr>
        <w:t>from the shop to the speed van.</w:t>
      </w:r>
      <w:r w:rsidRPr="004D334A">
        <w:rPr>
          <w:rFonts w:ascii="Times New Roman" w:hAnsi="Times New Roman" w:cs="Times New Roman"/>
          <w:sz w:val="24"/>
          <w:szCs w:val="24"/>
        </w:rPr>
        <w:t xml:space="preserve"> </w:t>
      </w:r>
    </w:p>
    <w:p w:rsidR="004D334A" w:rsidRPr="004D334A" w:rsidRDefault="004D334A" w:rsidP="004D334A">
      <w:pPr>
        <w:pStyle w:val="NoSpacing"/>
        <w:numPr>
          <w:ilvl w:val="0"/>
          <w:numId w:val="10"/>
        </w:numPr>
        <w:rPr>
          <w:rFonts w:ascii="Times New Roman" w:hAnsi="Times New Roman" w:cs="Times New Roman"/>
          <w:sz w:val="24"/>
          <w:szCs w:val="24"/>
          <w:lang w:val="en-IE"/>
        </w:rPr>
      </w:pPr>
      <w:r w:rsidRPr="004D334A">
        <w:rPr>
          <w:rFonts w:ascii="Times New Roman" w:hAnsi="Times New Roman" w:cs="Times New Roman"/>
          <w:sz w:val="24"/>
          <w:szCs w:val="24"/>
          <w:lang w:val="en-IE"/>
        </w:rPr>
        <w:t>There is a speed limit of 80 km per hour on this road.</w:t>
      </w:r>
    </w:p>
    <w:p w:rsidR="004D334A" w:rsidRPr="004D334A" w:rsidRDefault="004D334A" w:rsidP="004D334A">
      <w:pPr>
        <w:pStyle w:val="NoSpacing"/>
        <w:ind w:left="360"/>
        <w:rPr>
          <w:rFonts w:ascii="Times New Roman" w:hAnsi="Times New Roman" w:cs="Times New Roman"/>
          <w:sz w:val="24"/>
          <w:szCs w:val="24"/>
          <w:lang w:val="en-IE"/>
        </w:rPr>
      </w:pPr>
      <w:r w:rsidRPr="004D334A">
        <w:rPr>
          <w:rFonts w:ascii="Times New Roman" w:hAnsi="Times New Roman" w:cs="Times New Roman"/>
          <w:sz w:val="24"/>
          <w:szCs w:val="24"/>
          <w:lang w:val="en-IE"/>
        </w:rPr>
        <w:t>Investigate if the car is within the speed limit as it passes the speed van.</w:t>
      </w:r>
    </w:p>
    <w:p w:rsidR="004D334A" w:rsidRDefault="004D334A" w:rsidP="004D334A">
      <w:pPr>
        <w:pStyle w:val="NoSpacing"/>
        <w:numPr>
          <w:ilvl w:val="0"/>
          <w:numId w:val="10"/>
        </w:numPr>
        <w:rPr>
          <w:rFonts w:ascii="Times New Roman" w:hAnsi="Times New Roman" w:cs="Times New Roman"/>
          <w:sz w:val="24"/>
          <w:szCs w:val="24"/>
        </w:rPr>
      </w:pPr>
      <w:r w:rsidRPr="004D334A">
        <w:rPr>
          <w:rFonts w:ascii="Times New Roman" w:hAnsi="Times New Roman" w:cs="Times New Roman"/>
          <w:sz w:val="24"/>
          <w:szCs w:val="24"/>
          <w:lang w:val="en-IE"/>
        </w:rPr>
        <w:t>Calculate the average speed of the car between the shop and the speed van.</w:t>
      </w:r>
    </w:p>
    <w:p w:rsidR="004D334A" w:rsidRDefault="004D334A" w:rsidP="004D334A">
      <w:pPr>
        <w:pStyle w:val="NoSpacing"/>
        <w:ind w:left="360"/>
        <w:rPr>
          <w:rFonts w:ascii="Times New Roman" w:hAnsi="Times New Roman" w:cs="Times New Roman"/>
          <w:sz w:val="24"/>
          <w:szCs w:val="24"/>
        </w:rPr>
      </w:pPr>
    </w:p>
    <w:p w:rsidR="004D334A" w:rsidRDefault="004D334A">
      <w:pPr>
        <w:rPr>
          <w:rFonts w:ascii="Times New Roman" w:hAnsi="Times New Roman" w:cs="Times New Roman"/>
          <w:sz w:val="24"/>
          <w:szCs w:val="24"/>
        </w:rPr>
      </w:pPr>
      <w:r>
        <w:rPr>
          <w:rFonts w:ascii="Times New Roman" w:hAnsi="Times New Roman" w:cs="Times New Roman"/>
          <w:sz w:val="24"/>
          <w:szCs w:val="24"/>
        </w:rPr>
        <w:br w:type="page"/>
      </w:r>
    </w:p>
    <w:p w:rsidR="004D334A" w:rsidRPr="004D334A" w:rsidRDefault="004D334A" w:rsidP="004D334A">
      <w:pPr>
        <w:pStyle w:val="NoSpacing"/>
        <w:rPr>
          <w:rFonts w:ascii="Times New Roman" w:hAnsi="Times New Roman" w:cs="Times New Roman"/>
          <w:b/>
          <w:bCs/>
          <w:sz w:val="24"/>
          <w:szCs w:val="24"/>
          <w:lang w:val="en-IE"/>
        </w:rPr>
      </w:pPr>
      <w:r w:rsidRPr="004D334A">
        <w:rPr>
          <w:rFonts w:ascii="Times New Roman" w:hAnsi="Times New Roman" w:cs="Times New Roman"/>
          <w:b/>
          <w:bCs/>
          <w:sz w:val="24"/>
          <w:szCs w:val="24"/>
          <w:lang w:val="en-IE"/>
        </w:rPr>
        <w:lastRenderedPageBreak/>
        <w:t>Question 2</w:t>
      </w:r>
    </w:p>
    <w:p w:rsid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noProof/>
          <w:sz w:val="24"/>
          <w:szCs w:val="24"/>
          <w:lang w:val="en-IE" w:eastAsia="en-IE"/>
        </w:rPr>
        <w:drawing>
          <wp:anchor distT="0" distB="0" distL="114300" distR="114300" simplePos="0" relativeHeight="251632128" behindDoc="0" locked="0" layoutInCell="1" allowOverlap="1">
            <wp:simplePos x="0" y="0"/>
            <wp:positionH relativeFrom="column">
              <wp:posOffset>5017135</wp:posOffset>
            </wp:positionH>
            <wp:positionV relativeFrom="paragraph">
              <wp:posOffset>158750</wp:posOffset>
            </wp:positionV>
            <wp:extent cx="2196465"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64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34A">
        <w:rPr>
          <w:rFonts w:ascii="Times New Roman" w:hAnsi="Times New Roman" w:cs="Times New Roman"/>
          <w:sz w:val="24"/>
          <w:szCs w:val="24"/>
          <w:lang w:val="en-IE"/>
        </w:rPr>
        <w:t xml:space="preserve">Two tugboats, </w:t>
      </w:r>
      <w:r w:rsidRPr="004D334A">
        <w:rPr>
          <w:rFonts w:ascii="Cambria Math" w:hAnsi="Cambria Math" w:cs="Cambria Math"/>
          <w:sz w:val="24"/>
          <w:szCs w:val="24"/>
          <w:lang w:val="en-IE"/>
        </w:rPr>
        <w:t>𝑃</w:t>
      </w:r>
      <w:r w:rsidRPr="004D334A">
        <w:rPr>
          <w:rFonts w:ascii="Times New Roman" w:hAnsi="Times New Roman" w:cs="Times New Roman"/>
          <w:sz w:val="24"/>
          <w:szCs w:val="24"/>
          <w:lang w:val="en-IE"/>
        </w:rPr>
        <w:t xml:space="preserve"> and </w:t>
      </w:r>
      <w:r w:rsidRPr="004D334A">
        <w:rPr>
          <w:rFonts w:ascii="Cambria Math" w:hAnsi="Cambria Math" w:cs="Cambria Math"/>
          <w:sz w:val="24"/>
          <w:szCs w:val="24"/>
          <w:lang w:val="en-IE"/>
        </w:rPr>
        <w:t>𝑄</w:t>
      </w:r>
      <w:r w:rsidRPr="004D334A">
        <w:rPr>
          <w:rFonts w:ascii="Times New Roman" w:hAnsi="Times New Roman" w:cs="Times New Roman"/>
          <w:sz w:val="24"/>
          <w:szCs w:val="24"/>
          <w:lang w:val="en-IE"/>
        </w:rPr>
        <w:t>, pull a ship.</w:t>
      </w:r>
    </w:p>
    <w:p w:rsidR="004D334A" w:rsidRPr="004D334A" w:rsidRDefault="004D334A" w:rsidP="004D334A">
      <w:pPr>
        <w:pStyle w:val="NoSpacing"/>
        <w:rPr>
          <w:rFonts w:ascii="Times New Roman" w:hAnsi="Times New Roman" w:cs="Times New Roman"/>
          <w:sz w:val="24"/>
          <w:szCs w:val="24"/>
          <w:lang w:val="en-IE"/>
        </w:rPr>
      </w:pPr>
    </w:p>
    <w:p w:rsidR="004D334A" w:rsidRDefault="00FE76B4"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drawing>
          <wp:anchor distT="0" distB="0" distL="114300" distR="114300" simplePos="0" relativeHeight="251628032" behindDoc="0" locked="0" layoutInCell="1" allowOverlap="1">
            <wp:simplePos x="0" y="0"/>
            <wp:positionH relativeFrom="column">
              <wp:posOffset>3714750</wp:posOffset>
            </wp:positionH>
            <wp:positionV relativeFrom="paragraph">
              <wp:posOffset>285750</wp:posOffset>
            </wp:positionV>
            <wp:extent cx="1225613" cy="114940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25613" cy="1149409"/>
                    </a:xfrm>
                    <a:prstGeom prst="rect">
                      <a:avLst/>
                    </a:prstGeom>
                  </pic:spPr>
                </pic:pic>
              </a:graphicData>
            </a:graphic>
          </wp:anchor>
        </w:drawing>
      </w:r>
      <w:r w:rsidR="004D334A" w:rsidRPr="004D334A">
        <w:rPr>
          <w:rFonts w:ascii="Times New Roman" w:hAnsi="Times New Roman" w:cs="Times New Roman"/>
          <w:sz w:val="24"/>
          <w:szCs w:val="24"/>
          <w:lang w:val="en-IE"/>
        </w:rPr>
        <w:t xml:space="preserve">The pulling force </w:t>
      </w:r>
      <w:r w:rsidR="004D334A" w:rsidRPr="004D334A">
        <w:rPr>
          <w:rFonts w:ascii="Cambria Math" w:hAnsi="Cambria Math" w:cs="Cambria Math"/>
          <w:sz w:val="24"/>
          <w:szCs w:val="24"/>
          <w:lang w:val="en-IE"/>
        </w:rPr>
        <w:t>𝑃⃗</w:t>
      </w:r>
      <w:r w:rsidR="004D334A" w:rsidRPr="004D334A">
        <w:rPr>
          <w:rFonts w:ascii="Times New Roman" w:hAnsi="Times New Roman" w:cs="Times New Roman"/>
          <w:sz w:val="24"/>
          <w:szCs w:val="24"/>
          <w:lang w:val="en-IE"/>
        </w:rPr>
        <w:t xml:space="preserve">, has a magnitude of 26 </w:t>
      </w:r>
      <w:proofErr w:type="spellStart"/>
      <w:r w:rsidR="004D334A" w:rsidRPr="004D334A">
        <w:rPr>
          <w:rFonts w:ascii="Times New Roman" w:hAnsi="Times New Roman" w:cs="Times New Roman"/>
          <w:sz w:val="24"/>
          <w:szCs w:val="24"/>
          <w:lang w:val="en-IE"/>
        </w:rPr>
        <w:t>kN</w:t>
      </w:r>
      <w:proofErr w:type="spellEnd"/>
      <w:r w:rsidR="004D334A" w:rsidRPr="004D334A">
        <w:rPr>
          <w:rFonts w:ascii="Times New Roman" w:hAnsi="Times New Roman" w:cs="Times New Roman"/>
          <w:sz w:val="24"/>
          <w:szCs w:val="24"/>
          <w:lang w:val="en-IE"/>
        </w:rPr>
        <w:t xml:space="preserve"> and a</w:t>
      </w:r>
      <w:r w:rsidR="004D334A">
        <w:rPr>
          <w:rFonts w:ascii="Times New Roman" w:hAnsi="Times New Roman" w:cs="Times New Roman"/>
          <w:sz w:val="24"/>
          <w:szCs w:val="24"/>
          <w:lang w:val="en-IE"/>
        </w:rPr>
        <w:t xml:space="preserve"> </w:t>
      </w:r>
      <w:r w:rsidR="004D334A" w:rsidRPr="004D334A">
        <w:rPr>
          <w:rFonts w:ascii="Times New Roman" w:hAnsi="Times New Roman" w:cs="Times New Roman"/>
          <w:sz w:val="24"/>
          <w:szCs w:val="24"/>
          <w:lang w:val="en-IE"/>
        </w:rPr>
        <w:t xml:space="preserve">direction </w:t>
      </w:r>
      <w:r w:rsidR="004D334A" w:rsidRPr="004D334A">
        <w:rPr>
          <w:rFonts w:ascii="Cambria Math" w:hAnsi="Cambria Math" w:cs="Cambria Math"/>
          <w:sz w:val="24"/>
          <w:szCs w:val="24"/>
          <w:lang w:val="en-IE"/>
        </w:rPr>
        <w:t>𝜃</w:t>
      </w:r>
      <w:r w:rsidR="004D334A" w:rsidRPr="004D334A">
        <w:rPr>
          <w:rFonts w:ascii="Times New Roman" w:hAnsi="Times New Roman" w:cs="Times New Roman"/>
          <w:sz w:val="24"/>
          <w:szCs w:val="24"/>
          <w:lang w:val="en-IE"/>
        </w:rPr>
        <w:t xml:space="preserve"> south of west, </w:t>
      </w:r>
      <w:proofErr w:type="gramStart"/>
      <w:r w:rsidR="004D334A" w:rsidRPr="004D334A">
        <w:rPr>
          <w:rFonts w:ascii="Times New Roman" w:hAnsi="Times New Roman" w:cs="Times New Roman"/>
          <w:sz w:val="24"/>
          <w:szCs w:val="24"/>
          <w:lang w:val="en-IE"/>
        </w:rPr>
        <w:t xml:space="preserve">where </w:t>
      </w:r>
      <w:proofErr w:type="gramEnd"/>
      <m:oMath>
        <m:func>
          <m:funcPr>
            <m:ctrlPr>
              <w:rPr>
                <w:rFonts w:ascii="Cambria Math" w:hAnsi="Cambria Math" w:cs="Times New Roman"/>
                <w:i/>
                <w:sz w:val="24"/>
                <w:szCs w:val="24"/>
                <w:lang w:val="en-IE"/>
              </w:rPr>
            </m:ctrlPr>
          </m:funcPr>
          <m:fName>
            <m:r>
              <m:rPr>
                <m:sty m:val="p"/>
              </m:rPr>
              <w:rPr>
                <w:rFonts w:ascii="Cambria Math" w:hAnsi="Cambria Math" w:cs="Times New Roman"/>
                <w:sz w:val="24"/>
                <w:szCs w:val="24"/>
              </w:rPr>
              <m:t>tan</m:t>
            </m:r>
          </m:fName>
          <m:e>
            <m:r>
              <w:rPr>
                <w:rFonts w:ascii="Cambria Math" w:hAnsi="Cambria Math" w:cs="Times New Roman"/>
                <w:sz w:val="24"/>
                <w:szCs w:val="24"/>
                <w:lang w:val="en-IE"/>
              </w:rPr>
              <m:t>θ=</m:t>
            </m:r>
            <m:f>
              <m:fPr>
                <m:ctrlPr>
                  <w:rPr>
                    <w:rFonts w:ascii="Cambria Math" w:hAnsi="Cambria Math" w:cs="Times New Roman"/>
                    <w:i/>
                    <w:sz w:val="24"/>
                    <w:szCs w:val="24"/>
                    <w:lang w:val="en-IE"/>
                  </w:rPr>
                </m:ctrlPr>
              </m:fPr>
              <m:num>
                <m:r>
                  <w:rPr>
                    <w:rFonts w:ascii="Cambria Math" w:hAnsi="Cambria Math" w:cs="Times New Roman"/>
                    <w:sz w:val="24"/>
                    <w:szCs w:val="24"/>
                    <w:lang w:val="en-IE"/>
                  </w:rPr>
                  <m:t>12</m:t>
                </m:r>
              </m:num>
              <m:den>
                <m:r>
                  <w:rPr>
                    <w:rFonts w:ascii="Cambria Math" w:hAnsi="Cambria Math" w:cs="Times New Roman"/>
                    <w:sz w:val="24"/>
                    <w:szCs w:val="24"/>
                    <w:lang w:val="en-IE"/>
                  </w:rPr>
                  <m:t>5</m:t>
                </m:r>
              </m:den>
            </m:f>
          </m:e>
        </m:func>
      </m:oMath>
      <w:r w:rsidR="004D334A">
        <w:rPr>
          <w:rFonts w:ascii="Times New Roman" w:hAnsi="Times New Roman" w:cs="Times New Roman"/>
          <w:sz w:val="24"/>
          <w:szCs w:val="24"/>
          <w:lang w:val="en-IE"/>
        </w:rPr>
        <w:t>.</w:t>
      </w:r>
    </w:p>
    <w:p w:rsid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 xml:space="preserve"> </w:t>
      </w:r>
    </w:p>
    <w:p w:rsidR="004D334A" w:rsidRDefault="004D334A" w:rsidP="004D334A">
      <w:pPr>
        <w:pStyle w:val="NoSpacing"/>
        <w:rPr>
          <w:rFonts w:ascii="Times New Roman" w:hAnsi="Times New Roman" w:cs="Times New Roman"/>
          <w:sz w:val="24"/>
          <w:szCs w:val="24"/>
          <w:lang w:val="en-IE"/>
        </w:rPr>
      </w:pPr>
      <w:r w:rsidRPr="004D334A">
        <w:rPr>
          <w:rFonts w:ascii="Times New Roman" w:hAnsi="Times New Roman" w:cs="Times New Roman"/>
          <w:sz w:val="24"/>
          <w:szCs w:val="24"/>
          <w:lang w:val="en-IE"/>
        </w:rPr>
        <w:t xml:space="preserve"> The pulling force </w:t>
      </w:r>
      <w:r w:rsidRPr="004D334A">
        <w:rPr>
          <w:rFonts w:ascii="Cambria Math" w:hAnsi="Cambria Math" w:cs="Cambria Math"/>
          <w:sz w:val="24"/>
          <w:szCs w:val="24"/>
          <w:lang w:val="en-IE"/>
        </w:rPr>
        <w:t>𝑄⃗</w:t>
      </w:r>
      <w:r w:rsidRPr="004D334A">
        <w:rPr>
          <w:rFonts w:ascii="Times New Roman" w:hAnsi="Times New Roman" w:cs="Times New Roman"/>
          <w:sz w:val="24"/>
          <w:szCs w:val="24"/>
          <w:lang w:val="en-IE"/>
        </w:rPr>
        <w:t xml:space="preserve"> </w:t>
      </w:r>
      <w:r>
        <w:rPr>
          <w:rFonts w:ascii="Times New Roman" w:eastAsia="Times New Roman" w:hAnsi="Times New Roman" w:cs="Times New Roman"/>
          <w:sz w:val="24"/>
          <w:szCs w:val="24"/>
          <w:lang w:val="en-IE"/>
        </w:rPr>
        <w:t>=</w:t>
      </w:r>
      <w:r w:rsidRPr="004D334A">
        <w:rPr>
          <w:rFonts w:ascii="Times New Roman" w:hAnsi="Times New Roman" w:cs="Times New Roman"/>
          <w:sz w:val="24"/>
          <w:szCs w:val="24"/>
          <w:lang w:val="en-IE"/>
        </w:rPr>
        <w:t xml:space="preserve"> −10</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i</m:t>
            </m:r>
          </m:e>
        </m:acc>
      </m:oMath>
      <w:r w:rsidRPr="004D334A">
        <w:rPr>
          <w:rFonts w:ascii="Times New Roman" w:hAnsi="Times New Roman" w:cs="Times New Roman"/>
          <w:sz w:val="24"/>
          <w:szCs w:val="24"/>
          <w:lang w:val="en-IE"/>
        </w:rPr>
        <w:t xml:space="preserve"> −</w:t>
      </w:r>
      <w:r w:rsidR="00FE76B4">
        <w:rPr>
          <w:rFonts w:ascii="Times New Roman" w:hAnsi="Times New Roman" w:cs="Times New Roman"/>
          <w:sz w:val="24"/>
          <w:szCs w:val="24"/>
          <w:lang w:val="en-IE"/>
        </w:rPr>
        <w:t xml:space="preserve"> </w:t>
      </w:r>
      <w:r w:rsidRPr="004D334A">
        <w:rPr>
          <w:rFonts w:ascii="Times New Roman" w:hAnsi="Times New Roman" w:cs="Times New Roman"/>
          <w:sz w:val="24"/>
          <w:szCs w:val="24"/>
          <w:lang w:val="en-IE"/>
        </w:rPr>
        <w:t>6</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j</m:t>
            </m:r>
          </m:e>
        </m:acc>
      </m:oMath>
      <w:r w:rsidRPr="004D334A">
        <w:rPr>
          <w:rFonts w:ascii="Times New Roman" w:hAnsi="Times New Roman" w:cs="Times New Roman"/>
          <w:sz w:val="24"/>
          <w:szCs w:val="24"/>
          <w:lang w:val="en-IE"/>
        </w:rPr>
        <w:t xml:space="preserve"> </w:t>
      </w:r>
      <w:proofErr w:type="spellStart"/>
      <w:r w:rsidRPr="004D334A">
        <w:rPr>
          <w:rFonts w:ascii="Times New Roman" w:hAnsi="Times New Roman" w:cs="Times New Roman"/>
          <w:sz w:val="24"/>
          <w:szCs w:val="24"/>
          <w:lang w:val="en-IE"/>
        </w:rPr>
        <w:t>kN.</w:t>
      </w:r>
      <w:proofErr w:type="spellEnd"/>
    </w:p>
    <w:p w:rsidR="004D334A" w:rsidRDefault="004D334A" w:rsidP="004D334A">
      <w:pPr>
        <w:pStyle w:val="NoSpacing"/>
        <w:rPr>
          <w:rFonts w:ascii="Times New Roman" w:hAnsi="Times New Roman" w:cs="Times New Roman"/>
          <w:sz w:val="24"/>
          <w:szCs w:val="24"/>
          <w:lang w:val="en-IE"/>
        </w:rPr>
      </w:pPr>
    </w:p>
    <w:p w:rsidR="004D334A" w:rsidRPr="004D334A" w:rsidRDefault="004D334A" w:rsidP="004D334A">
      <w:pPr>
        <w:pStyle w:val="NoSpacing"/>
        <w:rPr>
          <w:rFonts w:ascii="Times New Roman" w:hAnsi="Times New Roman" w:cs="Times New Roman"/>
          <w:sz w:val="24"/>
          <w:szCs w:val="24"/>
          <w:lang w:val="en-IE"/>
        </w:rPr>
      </w:pPr>
    </w:p>
    <w:p w:rsidR="004D334A" w:rsidRPr="004D334A" w:rsidRDefault="004D334A" w:rsidP="004D334A">
      <w:pPr>
        <w:pStyle w:val="NoSpacing"/>
        <w:numPr>
          <w:ilvl w:val="0"/>
          <w:numId w:val="13"/>
        </w:numPr>
        <w:rPr>
          <w:rFonts w:ascii="Times New Roman" w:hAnsi="Times New Roman" w:cs="Times New Roman"/>
          <w:sz w:val="24"/>
          <w:szCs w:val="24"/>
        </w:rPr>
      </w:pPr>
      <w:r w:rsidRPr="004D334A">
        <w:rPr>
          <w:rFonts w:ascii="Times New Roman" w:hAnsi="Times New Roman" w:cs="Times New Roman"/>
          <w:sz w:val="24"/>
          <w:szCs w:val="24"/>
          <w:lang w:val="en-IE"/>
        </w:rPr>
        <w:t xml:space="preserve">Express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4D334A">
        <w:rPr>
          <w:rFonts w:ascii="Times New Roman" w:hAnsi="Times New Roman" w:cs="Times New Roman"/>
          <w:sz w:val="24"/>
          <w:szCs w:val="24"/>
          <w:lang w:val="en-IE"/>
        </w:rPr>
        <w:t xml:space="preserve"> in terms of the unit vectors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i</m:t>
            </m:r>
          </m:e>
        </m:acc>
      </m:oMath>
      <w:r w:rsidRPr="004D334A">
        <w:rPr>
          <w:rFonts w:ascii="Times New Roman" w:hAnsi="Times New Roman" w:cs="Times New Roman"/>
          <w:sz w:val="24"/>
          <w:szCs w:val="24"/>
          <w:lang w:val="en-IE"/>
        </w:rPr>
        <w:t xml:space="preserve"> </w:t>
      </w:r>
      <w:proofErr w:type="gramStart"/>
      <w:r w:rsidRPr="004D334A">
        <w:rPr>
          <w:rFonts w:ascii="Times New Roman" w:hAnsi="Times New Roman" w:cs="Times New Roman"/>
          <w:sz w:val="24"/>
          <w:szCs w:val="24"/>
          <w:lang w:val="en-IE"/>
        </w:rPr>
        <w:t xml:space="preserve">and </w:t>
      </w:r>
      <w:proofErr w:type="gramEnd"/>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j</m:t>
            </m:r>
          </m:e>
        </m:acc>
      </m:oMath>
      <w:r w:rsidRPr="004D334A">
        <w:rPr>
          <w:rFonts w:ascii="Times New Roman" w:hAnsi="Times New Roman" w:cs="Times New Roman"/>
          <w:sz w:val="24"/>
          <w:szCs w:val="24"/>
          <w:lang w:val="en-IE"/>
        </w:rPr>
        <w:t>.</w:t>
      </w:r>
    </w:p>
    <w:p w:rsidR="00FE76B4" w:rsidRDefault="004D334A" w:rsidP="004D334A">
      <w:pPr>
        <w:pStyle w:val="NoSpacing"/>
        <w:numPr>
          <w:ilvl w:val="0"/>
          <w:numId w:val="13"/>
        </w:numPr>
        <w:rPr>
          <w:rFonts w:ascii="Times New Roman" w:hAnsi="Times New Roman" w:cs="Times New Roman"/>
          <w:sz w:val="24"/>
          <w:szCs w:val="24"/>
        </w:rPr>
      </w:pPr>
      <w:r w:rsidRPr="004D334A">
        <w:rPr>
          <w:rFonts w:ascii="Times New Roman" w:hAnsi="Times New Roman" w:cs="Times New Roman"/>
          <w:sz w:val="24"/>
          <w:szCs w:val="24"/>
          <w:lang w:val="en-IE"/>
        </w:rPr>
        <w:t xml:space="preserve">Calculate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4D334A">
        <w:rPr>
          <w:rFonts w:ascii="Times New Roman" w:hAnsi="Times New Roman" w:cs="Times New Roman"/>
          <w:sz w:val="24"/>
          <w:szCs w:val="24"/>
          <w:lang w:val="en-IE"/>
        </w:rPr>
        <w:t xml:space="preserve"> </w:t>
      </w:r>
      <w:proofErr w:type="gramStart"/>
      <w:r w:rsidRPr="004D334A">
        <w:rPr>
          <w:rFonts w:ascii="Cambria Math" w:hAnsi="Cambria Math" w:cs="Cambria Math"/>
          <w:sz w:val="24"/>
          <w:szCs w:val="24"/>
          <w:lang w:val="en-IE"/>
        </w:rPr>
        <w:t>⋅</w:t>
      </w:r>
      <w:r w:rsidRPr="004D334A">
        <w:rPr>
          <w:rFonts w:ascii="Times New Roman" w:hAnsi="Times New Roman" w:cs="Times New Roman"/>
          <w:sz w:val="24"/>
          <w:szCs w:val="24"/>
          <w:lang w:val="en-IE"/>
        </w:rPr>
        <w:t xml:space="preserve"> </w:t>
      </w:r>
      <w:proofErr w:type="gramEnd"/>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Q</m:t>
            </m:r>
          </m:e>
        </m:acc>
      </m:oMath>
      <w:r w:rsidRPr="004D334A">
        <w:rPr>
          <w:rFonts w:ascii="Times New Roman" w:hAnsi="Times New Roman" w:cs="Times New Roman"/>
          <w:sz w:val="24"/>
          <w:szCs w:val="24"/>
          <w:lang w:val="en-IE"/>
        </w:rPr>
        <w:t xml:space="preserve">, the dot product of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4D334A">
        <w:rPr>
          <w:rFonts w:ascii="Times New Roman" w:hAnsi="Times New Roman" w:cs="Times New Roman"/>
          <w:sz w:val="24"/>
          <w:szCs w:val="24"/>
          <w:lang w:val="en-IE"/>
        </w:rPr>
        <w:t xml:space="preserve"> and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Q</m:t>
            </m:r>
          </m:e>
        </m:acc>
      </m:oMath>
      <w:r w:rsidRPr="004D334A">
        <w:rPr>
          <w:rFonts w:ascii="Times New Roman" w:hAnsi="Times New Roman" w:cs="Times New Roman"/>
          <w:sz w:val="24"/>
          <w:szCs w:val="24"/>
          <w:lang w:val="en-IE"/>
        </w:rPr>
        <w:t>.</w:t>
      </w:r>
      <w:r w:rsidRPr="004D334A">
        <w:rPr>
          <w:rFonts w:ascii="Times New Roman" w:hAnsi="Times New Roman" w:cs="Times New Roman"/>
          <w:sz w:val="24"/>
          <w:szCs w:val="24"/>
        </w:rPr>
        <w:t xml:space="preserve"> </w:t>
      </w:r>
    </w:p>
    <w:p w:rsidR="00FE76B4" w:rsidRPr="00FE76B4" w:rsidRDefault="00FE76B4" w:rsidP="00F94CD6">
      <w:pPr>
        <w:pStyle w:val="NoSpacing"/>
        <w:numPr>
          <w:ilvl w:val="0"/>
          <w:numId w:val="13"/>
        </w:numPr>
        <w:rPr>
          <w:rFonts w:ascii="Times New Roman" w:hAnsi="Times New Roman" w:cs="Times New Roman"/>
          <w:sz w:val="24"/>
          <w:szCs w:val="24"/>
          <w:lang w:val="en-IE"/>
        </w:rPr>
      </w:pPr>
      <w:r w:rsidRPr="00FE76B4">
        <w:rPr>
          <w:rFonts w:ascii="Times New Roman" w:hAnsi="Times New Roman" w:cs="Times New Roman"/>
          <w:sz w:val="24"/>
          <w:szCs w:val="24"/>
          <w:lang w:val="en-IE"/>
        </w:rPr>
        <w:t xml:space="preserve">Calculate the angle between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4D334A">
        <w:rPr>
          <w:rFonts w:ascii="Times New Roman" w:hAnsi="Times New Roman" w:cs="Times New Roman"/>
          <w:sz w:val="24"/>
          <w:szCs w:val="24"/>
          <w:lang w:val="en-IE"/>
        </w:rPr>
        <w:t xml:space="preserve"> </w:t>
      </w:r>
      <w:proofErr w:type="gramStart"/>
      <w:r w:rsidRPr="004D334A">
        <w:rPr>
          <w:rFonts w:ascii="Times New Roman" w:hAnsi="Times New Roman" w:cs="Times New Roman"/>
          <w:sz w:val="24"/>
          <w:szCs w:val="24"/>
          <w:lang w:val="en-IE"/>
        </w:rPr>
        <w:t xml:space="preserve">and </w:t>
      </w:r>
      <w:proofErr w:type="gramEnd"/>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Q</m:t>
            </m:r>
          </m:e>
        </m:acc>
      </m:oMath>
      <w:r w:rsidRPr="004D334A">
        <w:rPr>
          <w:rFonts w:ascii="Times New Roman" w:hAnsi="Times New Roman" w:cs="Times New Roman"/>
          <w:sz w:val="24"/>
          <w:szCs w:val="24"/>
          <w:lang w:val="en-IE"/>
        </w:rPr>
        <w:t>.</w:t>
      </w:r>
    </w:p>
    <w:p w:rsidR="00FE76B4" w:rsidRPr="00FE76B4" w:rsidRDefault="00FE76B4" w:rsidP="00FE76B4">
      <w:pPr>
        <w:pStyle w:val="NoSpacing"/>
        <w:numPr>
          <w:ilvl w:val="0"/>
          <w:numId w:val="13"/>
        </w:numPr>
        <w:rPr>
          <w:rFonts w:ascii="Times New Roman" w:hAnsi="Times New Roman" w:cs="Times New Roman"/>
          <w:sz w:val="24"/>
          <w:szCs w:val="24"/>
        </w:rPr>
      </w:pPr>
      <w:r w:rsidRPr="00FE76B4">
        <w:rPr>
          <w:rFonts w:ascii="Times New Roman" w:hAnsi="Times New Roman" w:cs="Times New Roman"/>
          <w:sz w:val="24"/>
          <w:szCs w:val="24"/>
          <w:lang w:val="en-IE"/>
        </w:rPr>
        <w:t xml:space="preserve">Calculate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4D334A">
        <w:rPr>
          <w:rFonts w:ascii="Times New Roman" w:hAnsi="Times New Roman" w:cs="Times New Roman"/>
          <w:sz w:val="24"/>
          <w:szCs w:val="24"/>
          <w:lang w:val="en-IE"/>
        </w:rPr>
        <w:t xml:space="preserve"> </w:t>
      </w:r>
      <w:proofErr w:type="gramStart"/>
      <w:r>
        <w:rPr>
          <w:rFonts w:ascii="Times New Roman" w:hAnsi="Times New Roman" w:cs="Times New Roman"/>
          <w:sz w:val="24"/>
          <w:szCs w:val="24"/>
          <w:lang w:val="en-IE"/>
        </w:rPr>
        <w:t>+</w:t>
      </w:r>
      <w:r w:rsidRPr="004D334A">
        <w:rPr>
          <w:rFonts w:ascii="Times New Roman" w:hAnsi="Times New Roman" w:cs="Times New Roman"/>
          <w:sz w:val="24"/>
          <w:szCs w:val="24"/>
          <w:lang w:val="en-IE"/>
        </w:rPr>
        <w:t xml:space="preserve"> </w:t>
      </w:r>
      <w:proofErr w:type="gramEnd"/>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Q</m:t>
            </m:r>
          </m:e>
        </m:acc>
      </m:oMath>
      <w:r w:rsidRPr="004D334A">
        <w:rPr>
          <w:rFonts w:ascii="Times New Roman" w:hAnsi="Times New Roman" w:cs="Times New Roman"/>
          <w:sz w:val="24"/>
          <w:szCs w:val="24"/>
          <w:lang w:val="en-IE"/>
        </w:rPr>
        <w:t>.</w:t>
      </w:r>
    </w:p>
    <w:p w:rsidR="004D334A" w:rsidRDefault="00FE76B4" w:rsidP="00FE76B4">
      <w:pPr>
        <w:pStyle w:val="NoSpacing"/>
        <w:numPr>
          <w:ilvl w:val="0"/>
          <w:numId w:val="13"/>
        </w:numPr>
        <w:rPr>
          <w:rFonts w:ascii="Times New Roman" w:hAnsi="Times New Roman" w:cs="Times New Roman"/>
          <w:sz w:val="24"/>
          <w:szCs w:val="24"/>
        </w:rPr>
      </w:pPr>
      <w:r w:rsidRPr="00FE76B4">
        <w:rPr>
          <w:rFonts w:ascii="Times New Roman" w:hAnsi="Times New Roman" w:cs="Times New Roman"/>
          <w:sz w:val="24"/>
          <w:szCs w:val="24"/>
          <w:lang w:val="en-IE"/>
        </w:rPr>
        <w:t xml:space="preserve">Explain what the vector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P</m:t>
            </m:r>
          </m:e>
        </m:acc>
      </m:oMath>
      <w:r w:rsidRPr="00FE76B4">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Q</m:t>
            </m:r>
          </m:e>
        </m:acc>
      </m:oMath>
      <w:r w:rsidRPr="00FE76B4">
        <w:rPr>
          <w:rFonts w:ascii="Times New Roman" w:hAnsi="Times New Roman" w:cs="Times New Roman"/>
          <w:sz w:val="24"/>
          <w:szCs w:val="24"/>
          <w:lang w:val="en-IE"/>
        </w:rPr>
        <w:t xml:space="preserve"> represents in this context.</w:t>
      </w:r>
      <w:r w:rsidRPr="00FE76B4">
        <w:rPr>
          <w:rFonts w:ascii="Times New Roman" w:hAnsi="Times New Roman" w:cs="Times New Roman"/>
          <w:sz w:val="24"/>
          <w:szCs w:val="24"/>
        </w:rPr>
        <w:t xml:space="preserve"> </w:t>
      </w:r>
    </w:p>
    <w:p w:rsidR="00FE76B4" w:rsidRPr="006A34CF" w:rsidRDefault="00FE76B4" w:rsidP="00FE76B4">
      <w:pPr>
        <w:pStyle w:val="NoSpacing"/>
        <w:numPr>
          <w:ilvl w:val="0"/>
          <w:numId w:val="13"/>
        </w:numPr>
        <w:rPr>
          <w:rFonts w:ascii="Times New Roman" w:hAnsi="Times New Roman" w:cs="Times New Roman"/>
          <w:sz w:val="24"/>
          <w:szCs w:val="24"/>
          <w:lang w:val="en-IE"/>
        </w:rPr>
      </w:pPr>
      <w:proofErr w:type="gramStart"/>
      <w:r w:rsidRPr="00FE76B4">
        <w:rPr>
          <w:rFonts w:ascii="Times New Roman" w:hAnsi="Times New Roman" w:cs="Times New Roman"/>
          <w:sz w:val="24"/>
          <w:szCs w:val="24"/>
        </w:rPr>
        <w:t>Calculate</w:t>
      </w:r>
      <w:r>
        <w:rPr>
          <w:rFonts w:ascii="Times New Roman" w:hAnsi="Times New Roman" w:cs="Times New Roman"/>
          <w:sz w:val="24"/>
          <w:szCs w:val="24"/>
        </w:rPr>
        <w:t xml:space="preserve"> </w:t>
      </w:r>
      <w:proofErr w:type="gramEnd"/>
      <m:oMath>
        <m:d>
          <m:dPr>
            <m:begChr m:val="|"/>
            <m:endChr m:val="|"/>
            <m:ctrlPr>
              <w:rPr>
                <w:rFonts w:ascii="Cambria Math" w:hAnsi="Cambria Math" w:cs="Times New Roman"/>
                <w:b/>
                <w:bCs/>
                <w:i/>
                <w:sz w:val="24"/>
                <w:szCs w:val="24"/>
                <w:lang w:val="en-IE"/>
              </w:rPr>
            </m:ctrlPr>
          </m:dPr>
          <m:e>
            <m:acc>
              <m:accPr>
                <m:chr m:val="⃗"/>
                <m:ctrlPr>
                  <w:rPr>
                    <w:rFonts w:ascii="Cambria Math" w:hAnsi="Cambria Math" w:cs="Times New Roman"/>
                    <w:bCs/>
                    <w:i/>
                    <w:sz w:val="24"/>
                    <w:szCs w:val="24"/>
                    <w:lang w:val="en-IE"/>
                  </w:rPr>
                </m:ctrlPr>
              </m:accPr>
              <m:e>
                <m:r>
                  <w:rPr>
                    <w:rFonts w:ascii="Cambria Math" w:hAnsi="Cambria Math" w:cs="Times New Roman"/>
                    <w:sz w:val="24"/>
                    <w:szCs w:val="24"/>
                    <w:lang w:val="en-IE"/>
                  </w:rPr>
                  <m:t>P</m:t>
                </m:r>
              </m:e>
            </m:acc>
            <m:r>
              <w:rPr>
                <w:rFonts w:ascii="Cambria Math" w:hAnsi="Cambria Math" w:cs="Times New Roman"/>
                <w:sz w:val="24"/>
                <w:szCs w:val="24"/>
                <w:lang w:val="en-IE"/>
              </w:rPr>
              <m:t>+</m:t>
            </m:r>
            <m:acc>
              <m:accPr>
                <m:chr m:val="⃗"/>
                <m:ctrlPr>
                  <w:rPr>
                    <w:rFonts w:ascii="Cambria Math" w:hAnsi="Cambria Math" w:cs="Times New Roman"/>
                    <w:bCs/>
                    <w:i/>
                    <w:sz w:val="24"/>
                    <w:szCs w:val="24"/>
                    <w:lang w:val="en-IE"/>
                  </w:rPr>
                </m:ctrlPr>
              </m:accPr>
              <m:e>
                <m:r>
                  <w:rPr>
                    <w:rFonts w:ascii="Cambria Math" w:hAnsi="Cambria Math" w:cs="Times New Roman"/>
                    <w:sz w:val="24"/>
                    <w:szCs w:val="24"/>
                    <w:lang w:val="en-IE"/>
                  </w:rPr>
                  <m:t>Q</m:t>
                </m:r>
              </m:e>
            </m:acc>
          </m:e>
        </m:d>
      </m:oMath>
      <w:r>
        <w:rPr>
          <w:rFonts w:ascii="Times New Roman" w:hAnsi="Times New Roman" w:cs="Times New Roman"/>
          <w:b/>
          <w:bCs/>
          <w:sz w:val="24"/>
          <w:szCs w:val="24"/>
          <w:lang w:val="en-IE"/>
        </w:rPr>
        <w:t>.</w:t>
      </w:r>
    </w:p>
    <w:p w:rsidR="006A34CF" w:rsidRPr="006A34CF" w:rsidRDefault="006A34CF" w:rsidP="006A34CF">
      <w:pPr>
        <w:pStyle w:val="NoSpacing"/>
        <w:ind w:left="360"/>
        <w:rPr>
          <w:rFonts w:ascii="Times New Roman" w:hAnsi="Times New Roman" w:cs="Times New Roman"/>
          <w:sz w:val="24"/>
          <w:szCs w:val="24"/>
          <w:lang w:val="en-IE"/>
        </w:rPr>
      </w:pPr>
    </w:p>
    <w:p w:rsidR="000E2413" w:rsidRDefault="006A34CF" w:rsidP="006A34CF">
      <w:pPr>
        <w:pStyle w:val="NoSpacing"/>
        <w:numPr>
          <w:ilvl w:val="0"/>
          <w:numId w:val="13"/>
        </w:numPr>
        <w:rPr>
          <w:rFonts w:ascii="Times New Roman" w:hAnsi="Times New Roman" w:cs="Times New Roman"/>
          <w:sz w:val="24"/>
          <w:szCs w:val="24"/>
          <w:lang w:val="en-IE"/>
        </w:rPr>
      </w:pPr>
      <w:r w:rsidRPr="000E2413">
        <w:rPr>
          <w:rFonts w:ascii="Times New Roman" w:hAnsi="Times New Roman" w:cs="Times New Roman"/>
          <w:sz w:val="24"/>
          <w:szCs w:val="24"/>
          <w:lang w:val="en-IE"/>
        </w:rPr>
        <w:t xml:space="preserve">To find the displacement </w:t>
      </w:r>
      <w:r w:rsidRPr="000E2413">
        <w:rPr>
          <w:rFonts w:ascii="Cambria Math" w:hAnsi="Cambria Math" w:cs="Cambria Math"/>
          <w:sz w:val="24"/>
          <w:szCs w:val="24"/>
          <w:lang w:val="en-IE"/>
        </w:rPr>
        <w:t>𝑠</w:t>
      </w:r>
      <w:r w:rsidRPr="000E2413">
        <w:rPr>
          <w:rFonts w:ascii="Times New Roman" w:hAnsi="Times New Roman" w:cs="Times New Roman"/>
          <w:sz w:val="24"/>
          <w:szCs w:val="24"/>
          <w:lang w:val="en-IE"/>
        </w:rPr>
        <w:t xml:space="preserve"> of the ship, with initial velocity </w:t>
      </w:r>
      <w:r w:rsidRPr="000E2413">
        <w:rPr>
          <w:rFonts w:ascii="Cambria Math" w:hAnsi="Cambria Math" w:cs="Cambria Math"/>
          <w:sz w:val="24"/>
          <w:szCs w:val="24"/>
          <w:lang w:val="en-IE"/>
        </w:rPr>
        <w:t>𝑢</w:t>
      </w:r>
      <w:r w:rsidRPr="000E2413">
        <w:rPr>
          <w:rFonts w:ascii="Times New Roman" w:hAnsi="Times New Roman" w:cs="Times New Roman"/>
          <w:sz w:val="24"/>
          <w:szCs w:val="24"/>
          <w:lang w:val="en-IE"/>
        </w:rPr>
        <w:t xml:space="preserve"> and acceleration </w:t>
      </w:r>
      <w:r w:rsidRPr="000E2413">
        <w:rPr>
          <w:rFonts w:ascii="Cambria Math" w:hAnsi="Cambria Math" w:cs="Cambria Math"/>
          <w:sz w:val="24"/>
          <w:szCs w:val="24"/>
          <w:lang w:val="en-IE"/>
        </w:rPr>
        <w:t>𝑎</w:t>
      </w:r>
      <w:r w:rsidRPr="000E2413">
        <w:rPr>
          <w:rFonts w:ascii="Times New Roman" w:hAnsi="Times New Roman" w:cs="Times New Roman"/>
          <w:sz w:val="24"/>
          <w:szCs w:val="24"/>
          <w:lang w:val="en-IE"/>
        </w:rPr>
        <w:t>, at any time</w:t>
      </w:r>
      <w:r w:rsidR="000E2413" w:rsidRPr="000E2413">
        <w:rPr>
          <w:rFonts w:ascii="Times New Roman" w:hAnsi="Times New Roman" w:cs="Times New Roman"/>
          <w:sz w:val="24"/>
          <w:szCs w:val="24"/>
          <w:lang w:val="en-IE"/>
        </w:rPr>
        <w:t xml:space="preserve"> </w:t>
      </w:r>
      <w:r w:rsidRPr="000E2413">
        <w:rPr>
          <w:rFonts w:ascii="Cambria Math" w:hAnsi="Cambria Math" w:cs="Cambria Math"/>
          <w:sz w:val="24"/>
          <w:szCs w:val="24"/>
          <w:lang w:val="en-IE"/>
        </w:rPr>
        <w:t>𝑡</w:t>
      </w:r>
      <w:r w:rsidRPr="000E2413">
        <w:rPr>
          <w:rFonts w:ascii="Times New Roman" w:hAnsi="Times New Roman" w:cs="Times New Roman"/>
          <w:sz w:val="24"/>
          <w:szCs w:val="24"/>
          <w:lang w:val="en-IE"/>
        </w:rPr>
        <w:t xml:space="preserve">, in the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i</m:t>
            </m:r>
          </m:e>
        </m:acc>
      </m:oMath>
      <w:r w:rsidRPr="000E2413">
        <w:rPr>
          <w:rFonts w:ascii="Times New Roman" w:hAnsi="Times New Roman" w:cs="Times New Roman"/>
          <w:sz w:val="24"/>
          <w:szCs w:val="24"/>
          <w:lang w:val="en-IE"/>
        </w:rPr>
        <w:t xml:space="preserve"> or </w:t>
      </w:r>
      <m:oMath>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j</m:t>
            </m:r>
          </m:e>
        </m:acc>
      </m:oMath>
      <w:r w:rsidRPr="000E2413">
        <w:rPr>
          <w:rFonts w:ascii="Times New Roman" w:hAnsi="Times New Roman" w:cs="Times New Roman"/>
          <w:sz w:val="24"/>
          <w:szCs w:val="24"/>
          <w:lang w:val="en-IE"/>
        </w:rPr>
        <w:t xml:space="preserve"> direction, we use the equation</w:t>
      </w:r>
      <w:proofErr w:type="gramStart"/>
      <w:r w:rsidRPr="000E2413">
        <w:rPr>
          <w:rFonts w:ascii="Times New Roman" w:hAnsi="Times New Roman" w:cs="Times New Roman"/>
          <w:sz w:val="24"/>
          <w:szCs w:val="24"/>
          <w:lang w:val="en-IE"/>
        </w:rPr>
        <w:t xml:space="preserve">: </w:t>
      </w:r>
      <w:proofErr w:type="gramEnd"/>
      <m:oMath>
        <m:r>
          <w:rPr>
            <w:rFonts w:ascii="Cambria Math" w:hAnsi="Cambria Math" w:cs="Times New Roman"/>
            <w:sz w:val="24"/>
            <w:szCs w:val="24"/>
            <w:lang w:val="en-IE"/>
          </w:rPr>
          <m:t>s=ut+</m:t>
        </m:r>
        <m:f>
          <m:fPr>
            <m:ctrlPr>
              <w:rPr>
                <w:rFonts w:ascii="Cambria Math" w:hAnsi="Cambria Math" w:cs="Times New Roman"/>
                <w:i/>
                <w:sz w:val="24"/>
                <w:szCs w:val="24"/>
                <w:lang w:val="en-IE"/>
              </w:rPr>
            </m:ctrlPr>
          </m:fPr>
          <m:num>
            <m:r>
              <w:rPr>
                <w:rFonts w:ascii="Cambria Math" w:hAnsi="Cambria Math" w:cs="Times New Roman"/>
                <w:sz w:val="24"/>
                <w:szCs w:val="24"/>
                <w:lang w:val="en-IE"/>
              </w:rPr>
              <m:t>1</m:t>
            </m:r>
          </m:num>
          <m:den>
            <m:r>
              <w:rPr>
                <w:rFonts w:ascii="Cambria Math" w:hAnsi="Cambria Math" w:cs="Times New Roman"/>
                <w:sz w:val="24"/>
                <w:szCs w:val="24"/>
                <w:lang w:val="en-IE"/>
              </w:rPr>
              <m:t>2</m:t>
            </m:r>
          </m:den>
        </m:f>
        <m:r>
          <w:rPr>
            <w:rFonts w:ascii="Cambria Math" w:hAnsi="Cambria Math" w:cs="Times New Roman"/>
            <w:sz w:val="24"/>
            <w:szCs w:val="24"/>
            <w:lang w:val="en-IE"/>
          </w:rPr>
          <m:t>a</m:t>
        </m:r>
        <m:sSup>
          <m:sSupPr>
            <m:ctrlPr>
              <w:rPr>
                <w:rFonts w:ascii="Cambria Math" w:hAnsi="Cambria Math" w:cs="Times New Roman"/>
                <w:i/>
                <w:sz w:val="24"/>
                <w:szCs w:val="24"/>
                <w:lang w:val="en-IE"/>
              </w:rPr>
            </m:ctrlPr>
          </m:sSupPr>
          <m:e>
            <m:r>
              <w:rPr>
                <w:rFonts w:ascii="Cambria Math" w:hAnsi="Cambria Math" w:cs="Times New Roman"/>
                <w:sz w:val="24"/>
                <w:szCs w:val="24"/>
                <w:lang w:val="en-IE"/>
              </w:rPr>
              <m:t>t</m:t>
            </m:r>
          </m:e>
          <m:sup>
            <m:r>
              <w:rPr>
                <w:rFonts w:ascii="Cambria Math" w:hAnsi="Cambria Math" w:cs="Times New Roman"/>
                <w:sz w:val="24"/>
                <w:szCs w:val="24"/>
                <w:lang w:val="en-IE"/>
              </w:rPr>
              <m:t>2</m:t>
            </m:r>
          </m:sup>
        </m:sSup>
      </m:oMath>
      <w:r w:rsidRPr="000E2413">
        <w:rPr>
          <w:rFonts w:ascii="Times New Roman" w:hAnsi="Times New Roman" w:cs="Times New Roman"/>
          <w:sz w:val="24"/>
          <w:szCs w:val="24"/>
          <w:lang w:val="en-IE"/>
        </w:rPr>
        <w:t>.</w:t>
      </w:r>
    </w:p>
    <w:p w:rsidR="00FE76B4" w:rsidRPr="000E2413" w:rsidRDefault="006A34CF" w:rsidP="000E2413">
      <w:pPr>
        <w:pStyle w:val="NoSpacing"/>
        <w:ind w:left="360"/>
        <w:rPr>
          <w:rFonts w:ascii="Times New Roman" w:hAnsi="Times New Roman" w:cs="Times New Roman"/>
          <w:sz w:val="24"/>
          <w:szCs w:val="24"/>
          <w:lang w:val="en-IE"/>
        </w:rPr>
      </w:pPr>
      <w:r w:rsidRPr="000E2413">
        <w:rPr>
          <w:rFonts w:ascii="Times New Roman" w:hAnsi="Times New Roman" w:cs="Times New Roman"/>
          <w:sz w:val="24"/>
          <w:szCs w:val="24"/>
          <w:lang w:val="en-IE"/>
        </w:rPr>
        <w:t>Use dimensional analysis (comparison of units) to show the units on either side of the equation are equivalent.</w:t>
      </w:r>
    </w:p>
    <w:p w:rsidR="00FE76B4" w:rsidRDefault="00FE76B4" w:rsidP="00FE76B4">
      <w:pPr>
        <w:pStyle w:val="NoSpacing"/>
        <w:rPr>
          <w:rFonts w:ascii="Times New Roman" w:hAnsi="Times New Roman" w:cs="Times New Roman"/>
          <w:sz w:val="24"/>
          <w:szCs w:val="24"/>
        </w:rPr>
      </w:pPr>
    </w:p>
    <w:p w:rsidR="00FE76B4" w:rsidRDefault="00FE76B4" w:rsidP="00FE76B4">
      <w:pPr>
        <w:pStyle w:val="NoSpacing"/>
        <w:rPr>
          <w:rFonts w:ascii="Times New Roman" w:hAnsi="Times New Roman" w:cs="Times New Roman"/>
          <w:sz w:val="24"/>
          <w:szCs w:val="24"/>
        </w:rPr>
      </w:pPr>
    </w:p>
    <w:p w:rsidR="006A34CF" w:rsidRDefault="006A34CF" w:rsidP="00FE76B4">
      <w:pPr>
        <w:pStyle w:val="NoSpacing"/>
        <w:rPr>
          <w:rFonts w:ascii="Times New Roman" w:hAnsi="Times New Roman" w:cs="Times New Roman"/>
          <w:sz w:val="24"/>
          <w:szCs w:val="24"/>
        </w:rPr>
      </w:pPr>
    </w:p>
    <w:p w:rsidR="00FF5C81" w:rsidRDefault="00FF5C81">
      <w:pPr>
        <w:rPr>
          <w:rFonts w:ascii="Times New Roman" w:hAnsi="Times New Roman" w:cs="Times New Roman"/>
          <w:b/>
          <w:bCs/>
          <w:sz w:val="24"/>
          <w:szCs w:val="24"/>
          <w:lang w:val="en-IE"/>
        </w:rPr>
      </w:pPr>
      <w:r>
        <w:rPr>
          <w:rFonts w:ascii="Times New Roman" w:hAnsi="Times New Roman" w:cs="Times New Roman"/>
          <w:b/>
          <w:bCs/>
          <w:sz w:val="24"/>
          <w:szCs w:val="24"/>
          <w:lang w:val="en-IE"/>
        </w:rPr>
        <w:br w:type="page"/>
      </w:r>
    </w:p>
    <w:p w:rsidR="000E2413" w:rsidRDefault="006A34CF" w:rsidP="006A34CF">
      <w:pPr>
        <w:pStyle w:val="NoSpacing"/>
        <w:rPr>
          <w:rFonts w:ascii="Times New Roman" w:hAnsi="Times New Roman" w:cs="Times New Roman"/>
          <w:b/>
          <w:bCs/>
          <w:sz w:val="24"/>
          <w:szCs w:val="24"/>
          <w:lang w:val="en-IE"/>
        </w:rPr>
      </w:pPr>
      <w:r w:rsidRPr="006A34CF">
        <w:rPr>
          <w:rFonts w:ascii="Times New Roman" w:hAnsi="Times New Roman" w:cs="Times New Roman"/>
          <w:b/>
          <w:bCs/>
          <w:sz w:val="24"/>
          <w:szCs w:val="24"/>
          <w:lang w:val="en-IE"/>
        </w:rPr>
        <w:lastRenderedPageBreak/>
        <w:t>Question 3</w:t>
      </w:r>
      <w:r w:rsidR="000E2413">
        <w:rPr>
          <w:rFonts w:ascii="Times New Roman" w:hAnsi="Times New Roman" w:cs="Times New Roman"/>
          <w:b/>
          <w:bCs/>
          <w:sz w:val="24"/>
          <w:szCs w:val="24"/>
          <w:lang w:val="en-IE"/>
        </w:rPr>
        <w:t xml:space="preserve"> </w:t>
      </w:r>
      <w:r w:rsidRPr="006A34CF">
        <w:rPr>
          <w:rFonts w:ascii="Times New Roman" w:hAnsi="Times New Roman" w:cs="Times New Roman"/>
          <w:noProof/>
          <w:sz w:val="24"/>
          <w:szCs w:val="24"/>
          <w:lang w:val="en-IE" w:eastAsia="en-IE"/>
        </w:rPr>
        <w:drawing>
          <wp:anchor distT="0" distB="0" distL="114300" distR="114300" simplePos="0" relativeHeight="251634176" behindDoc="0" locked="0" layoutInCell="1" allowOverlap="1">
            <wp:simplePos x="0" y="0"/>
            <wp:positionH relativeFrom="column">
              <wp:posOffset>4578350</wp:posOffset>
            </wp:positionH>
            <wp:positionV relativeFrom="paragraph">
              <wp:posOffset>31115</wp:posOffset>
            </wp:positionV>
            <wp:extent cx="2489200" cy="14097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1409700"/>
                    </a:xfrm>
                    <a:prstGeom prst="rect">
                      <a:avLst/>
                    </a:prstGeom>
                    <a:noFill/>
                    <a:ln>
                      <a:noFill/>
                    </a:ln>
                  </pic:spPr>
                </pic:pic>
              </a:graphicData>
            </a:graphic>
          </wp:anchor>
        </w:drawing>
      </w:r>
      <w:r w:rsidRPr="006A34CF">
        <w:rPr>
          <w:rFonts w:ascii="Times New Roman" w:hAnsi="Times New Roman" w:cs="Times New Roman"/>
          <w:b/>
          <w:bCs/>
          <w:sz w:val="24"/>
          <w:szCs w:val="24"/>
          <w:lang w:val="en-IE"/>
        </w:rPr>
        <w:t xml:space="preserve">(a) </w:t>
      </w:r>
    </w:p>
    <w:p w:rsidR="006A34CF" w:rsidRPr="006A34CF" w:rsidRDefault="006A34CF" w:rsidP="006A34CF">
      <w:pPr>
        <w:pStyle w:val="NoSpacing"/>
        <w:rPr>
          <w:rFonts w:ascii="Times New Roman" w:hAnsi="Times New Roman" w:cs="Times New Roman"/>
          <w:sz w:val="24"/>
          <w:szCs w:val="24"/>
          <w:lang w:val="en-IE"/>
        </w:rPr>
      </w:pPr>
      <w:r w:rsidRPr="006A34CF">
        <w:rPr>
          <w:rFonts w:ascii="Times New Roman" w:hAnsi="Times New Roman" w:cs="Times New Roman"/>
          <w:sz w:val="24"/>
          <w:szCs w:val="24"/>
          <w:lang w:val="en-IE"/>
        </w:rPr>
        <w:t>Olivia wishes to build her running mileage</w:t>
      </w:r>
      <w:r>
        <w:rPr>
          <w:rFonts w:ascii="Times New Roman" w:hAnsi="Times New Roman" w:cs="Times New Roman"/>
          <w:sz w:val="24"/>
          <w:szCs w:val="24"/>
          <w:lang w:val="en-IE"/>
        </w:rPr>
        <w:t xml:space="preserve"> </w:t>
      </w:r>
      <w:r w:rsidRPr="006A34CF">
        <w:rPr>
          <w:rFonts w:ascii="Times New Roman" w:hAnsi="Times New Roman" w:cs="Times New Roman"/>
          <w:sz w:val="24"/>
          <w:szCs w:val="24"/>
          <w:lang w:val="en-IE"/>
        </w:rPr>
        <w:t>gradually to avoid overuse injuries.</w:t>
      </w:r>
    </w:p>
    <w:p w:rsidR="006A34CF" w:rsidRPr="006A34CF" w:rsidRDefault="006A34CF" w:rsidP="006A34CF">
      <w:pPr>
        <w:pStyle w:val="NoSpacing"/>
        <w:rPr>
          <w:rFonts w:ascii="Times New Roman" w:hAnsi="Times New Roman" w:cs="Times New Roman"/>
          <w:sz w:val="24"/>
          <w:szCs w:val="24"/>
          <w:lang w:val="en-IE"/>
        </w:rPr>
      </w:pPr>
      <w:r w:rsidRPr="006A34CF">
        <w:rPr>
          <w:rFonts w:ascii="Times New Roman" w:hAnsi="Times New Roman" w:cs="Times New Roman"/>
          <w:sz w:val="24"/>
          <w:szCs w:val="24"/>
          <w:lang w:val="en-IE"/>
        </w:rPr>
        <w:t>She decides to increase her running</w:t>
      </w:r>
      <w:r>
        <w:rPr>
          <w:rFonts w:ascii="Times New Roman" w:hAnsi="Times New Roman" w:cs="Times New Roman"/>
          <w:sz w:val="24"/>
          <w:szCs w:val="24"/>
          <w:lang w:val="en-IE"/>
        </w:rPr>
        <w:t xml:space="preserve"> </w:t>
      </w:r>
      <w:r w:rsidRPr="006A34CF">
        <w:rPr>
          <w:rFonts w:ascii="Times New Roman" w:hAnsi="Times New Roman" w:cs="Times New Roman"/>
          <w:sz w:val="24"/>
          <w:szCs w:val="24"/>
          <w:lang w:val="en-IE"/>
        </w:rPr>
        <w:t>time each week by 10%.</w:t>
      </w:r>
    </w:p>
    <w:p w:rsidR="006A34CF" w:rsidRPr="006A34CF" w:rsidRDefault="006A34CF" w:rsidP="006A34CF">
      <w:pPr>
        <w:pStyle w:val="NoSpacing"/>
        <w:rPr>
          <w:rFonts w:ascii="Times New Roman" w:hAnsi="Times New Roman" w:cs="Times New Roman"/>
          <w:sz w:val="24"/>
          <w:szCs w:val="24"/>
          <w:lang w:val="en-IE"/>
        </w:rPr>
      </w:pPr>
      <w:r w:rsidRPr="006A34CF">
        <w:rPr>
          <w:rFonts w:ascii="Times New Roman" w:hAnsi="Times New Roman" w:cs="Times New Roman"/>
          <w:sz w:val="24"/>
          <w:szCs w:val="24"/>
          <w:lang w:val="en-IE"/>
        </w:rPr>
        <w:t xml:space="preserve">At the start of her training </w:t>
      </w:r>
      <w:r>
        <w:rPr>
          <w:rFonts w:ascii="Times New Roman" w:hAnsi="Times New Roman" w:cs="Times New Roman"/>
          <w:sz w:val="24"/>
          <w:szCs w:val="24"/>
          <w:lang w:val="en-IE"/>
        </w:rPr>
        <w:t>(</w:t>
      </w:r>
      <w:r w:rsidRPr="006A34CF">
        <w:rPr>
          <w:rFonts w:ascii="Cambria Math" w:hAnsi="Cambria Math" w:cs="Cambria Math"/>
          <w:sz w:val="24"/>
          <w:szCs w:val="24"/>
          <w:lang w:val="en-IE"/>
        </w:rPr>
        <w:t>𝑛</w:t>
      </w:r>
      <w:r w:rsidRPr="006A34CF">
        <w:rPr>
          <w:rFonts w:ascii="Times New Roman" w:hAnsi="Times New Roman" w:cs="Times New Roman"/>
          <w:sz w:val="24"/>
          <w:szCs w:val="24"/>
          <w:lang w:val="en-IE"/>
        </w:rPr>
        <w:t xml:space="preserve"> = 0</w:t>
      </w:r>
      <w:r>
        <w:rPr>
          <w:rFonts w:ascii="Times New Roman" w:eastAsia="Times New Roman" w:hAnsi="Times New Roman" w:cs="Times New Roman"/>
          <w:sz w:val="24"/>
          <w:szCs w:val="24"/>
          <w:lang w:val="en-IE"/>
        </w:rPr>
        <w:t>)</w:t>
      </w:r>
      <w:r w:rsidRPr="006A34CF">
        <w:rPr>
          <w:rFonts w:ascii="Times New Roman" w:hAnsi="Times New Roman" w:cs="Times New Roman"/>
          <w:sz w:val="24"/>
          <w:szCs w:val="24"/>
          <w:lang w:val="en-IE"/>
        </w:rPr>
        <w:t>, her running time</w:t>
      </w:r>
      <w:r>
        <w:rPr>
          <w:rFonts w:ascii="Times New Roman" w:hAnsi="Times New Roman" w:cs="Times New Roman"/>
          <w:sz w:val="24"/>
          <w:szCs w:val="24"/>
          <w:lang w:val="en-IE"/>
        </w:rPr>
        <w:t xml:space="preserve"> </w:t>
      </w:r>
      <w:r w:rsidRPr="006A34CF">
        <w:rPr>
          <w:rFonts w:ascii="Times New Roman" w:hAnsi="Times New Roman" w:cs="Times New Roman"/>
          <w:sz w:val="24"/>
          <w:szCs w:val="24"/>
          <w:lang w:val="en-IE"/>
        </w:rPr>
        <w:t>is 15 minutes.</w:t>
      </w:r>
    </w:p>
    <w:p w:rsidR="006A34CF" w:rsidRDefault="006A34CF" w:rsidP="006A34CF">
      <w:pPr>
        <w:pStyle w:val="NoSpacing"/>
        <w:rPr>
          <w:rFonts w:ascii="Times New Roman" w:hAnsi="Times New Roman" w:cs="Times New Roman"/>
          <w:sz w:val="24"/>
          <w:szCs w:val="24"/>
        </w:rPr>
      </w:pPr>
      <w:r w:rsidRPr="006A34CF">
        <w:rPr>
          <w:rFonts w:ascii="Times New Roman" w:hAnsi="Times New Roman" w:cs="Times New Roman"/>
          <w:sz w:val="24"/>
          <w:szCs w:val="24"/>
          <w:lang w:val="en-IE"/>
        </w:rPr>
        <w:t>Some of the running times are shown in the table below, where her running time in her first</w:t>
      </w:r>
      <w:r>
        <w:rPr>
          <w:rFonts w:ascii="Times New Roman" w:hAnsi="Times New Roman" w:cs="Times New Roman"/>
          <w:sz w:val="24"/>
          <w:szCs w:val="24"/>
          <w:lang w:val="en-IE"/>
        </w:rPr>
        <w:t xml:space="preserve"> </w:t>
      </w:r>
      <w:r w:rsidRPr="006A34CF">
        <w:rPr>
          <w:rFonts w:ascii="Times New Roman" w:hAnsi="Times New Roman" w:cs="Times New Roman"/>
          <w:sz w:val="24"/>
          <w:szCs w:val="24"/>
          <w:lang w:val="en-IE"/>
        </w:rPr>
        <w:t xml:space="preserve">week is shown under </w:t>
      </w:r>
      <w:r w:rsidRPr="006A34CF">
        <w:rPr>
          <w:rFonts w:ascii="Cambria Math" w:hAnsi="Cambria Math" w:cs="Cambria Math"/>
          <w:sz w:val="24"/>
          <w:szCs w:val="24"/>
          <w:lang w:val="en-IE"/>
        </w:rPr>
        <w:t>𝑛</w:t>
      </w:r>
      <w:r w:rsidRPr="006A34CF">
        <w:rPr>
          <w:rFonts w:ascii="Times New Roman" w:hAnsi="Times New Roman" w:cs="Times New Roman"/>
          <w:sz w:val="24"/>
          <w:szCs w:val="24"/>
          <w:lang w:val="en-IE"/>
        </w:rPr>
        <w:t xml:space="preserve"> = 1. </w:t>
      </w:r>
    </w:p>
    <w:p w:rsidR="006A34CF" w:rsidRDefault="006A34CF" w:rsidP="00FE76B4">
      <w:pPr>
        <w:pStyle w:val="NoSpacing"/>
        <w:rPr>
          <w:rFonts w:ascii="Times New Roman" w:hAnsi="Times New Roman" w:cs="Times New Roman"/>
          <w:sz w:val="24"/>
          <w:szCs w:val="24"/>
        </w:rPr>
      </w:pPr>
    </w:p>
    <w:tbl>
      <w:tblPr>
        <w:tblStyle w:val="TableGrid"/>
        <w:tblpPr w:leftFromText="180" w:rightFromText="180" w:vertAnchor="text" w:horzAnchor="page" w:tblpX="2003" w:tblpY="28"/>
        <w:tblW w:w="0" w:type="auto"/>
        <w:tblLook w:val="04A0" w:firstRow="1" w:lastRow="0" w:firstColumn="1" w:lastColumn="0" w:noHBand="0" w:noVBand="1"/>
      </w:tblPr>
      <w:tblGrid>
        <w:gridCol w:w="1526"/>
        <w:gridCol w:w="850"/>
        <w:gridCol w:w="851"/>
        <w:gridCol w:w="850"/>
        <w:gridCol w:w="851"/>
      </w:tblGrid>
      <w:tr w:rsidR="001E4255" w:rsidTr="001E4255">
        <w:tc>
          <w:tcPr>
            <w:tcW w:w="1526" w:type="dxa"/>
          </w:tcPr>
          <w:p w:rsidR="001E4255" w:rsidRDefault="001E4255" w:rsidP="001E4255">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(weeks)</w:t>
            </w:r>
          </w:p>
        </w:tc>
        <w:tc>
          <w:tcPr>
            <w:tcW w:w="850" w:type="dxa"/>
          </w:tcPr>
          <w:p w:rsidR="001E4255" w:rsidRDefault="001E4255" w:rsidP="001E4255">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0</w:t>
            </w:r>
          </w:p>
        </w:tc>
        <w:tc>
          <w:tcPr>
            <w:tcW w:w="851" w:type="dxa"/>
          </w:tcPr>
          <w:p w:rsidR="001E4255" w:rsidRDefault="001E4255" w:rsidP="001E4255">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1</w:t>
            </w:r>
          </w:p>
        </w:tc>
        <w:tc>
          <w:tcPr>
            <w:tcW w:w="850" w:type="dxa"/>
          </w:tcPr>
          <w:p w:rsidR="001E4255" w:rsidRDefault="001E4255" w:rsidP="001E425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E4255">
              <w:rPr>
                <w:rFonts w:ascii="Times New Roman" w:hAnsi="Times New Roman" w:cs="Times New Roman"/>
                <w:i/>
                <w:sz w:val="24"/>
                <w:szCs w:val="24"/>
              </w:rPr>
              <w:t>n</w:t>
            </w:r>
            <w:r>
              <w:rPr>
                <w:rFonts w:ascii="Times New Roman" w:hAnsi="Times New Roman" w:cs="Times New Roman"/>
                <w:sz w:val="24"/>
                <w:szCs w:val="24"/>
              </w:rPr>
              <w:t xml:space="preserve"> = 2</w:t>
            </w:r>
          </w:p>
        </w:tc>
        <w:tc>
          <w:tcPr>
            <w:tcW w:w="851" w:type="dxa"/>
          </w:tcPr>
          <w:p w:rsidR="001E4255" w:rsidRDefault="001E4255" w:rsidP="001E4255">
            <w:pPr>
              <w:pStyle w:val="NoSpacing"/>
              <w:rPr>
                <w:rFonts w:ascii="Times New Roman" w:hAnsi="Times New Roman" w:cs="Times New Roman"/>
                <w:sz w:val="24"/>
                <w:szCs w:val="24"/>
              </w:rPr>
            </w:pPr>
            <w:r w:rsidRPr="001E4255">
              <w:rPr>
                <w:rFonts w:ascii="Times New Roman" w:hAnsi="Times New Roman" w:cs="Times New Roman"/>
                <w:i/>
                <w:sz w:val="24"/>
                <w:szCs w:val="24"/>
              </w:rPr>
              <w:t>n</w:t>
            </w:r>
            <w:r>
              <w:rPr>
                <w:rFonts w:ascii="Times New Roman" w:hAnsi="Times New Roman" w:cs="Times New Roman"/>
                <w:sz w:val="24"/>
                <w:szCs w:val="24"/>
              </w:rPr>
              <w:t xml:space="preserve"> = 3</w:t>
            </w:r>
          </w:p>
        </w:tc>
      </w:tr>
      <w:tr w:rsidR="001E4255" w:rsidTr="001E4255">
        <w:tc>
          <w:tcPr>
            <w:tcW w:w="1526" w:type="dxa"/>
          </w:tcPr>
          <w:p w:rsidR="001E4255" w:rsidRDefault="001E4255" w:rsidP="001E4255">
            <w:pPr>
              <w:pStyle w:val="NoSpacing"/>
              <w:rPr>
                <w:rFonts w:ascii="Times New Roman" w:hAnsi="Times New Roman" w:cs="Times New Roman"/>
                <w:sz w:val="24"/>
                <w:szCs w:val="24"/>
              </w:rPr>
            </w:pPr>
            <w:r w:rsidRPr="001E4255">
              <w:rPr>
                <w:rFonts w:ascii="Times New Roman" w:hAnsi="Times New Roman" w:cs="Times New Roman"/>
                <w:i/>
                <w:sz w:val="24"/>
                <w:szCs w:val="24"/>
              </w:rPr>
              <w:t>Rn</w:t>
            </w:r>
            <w:r>
              <w:rPr>
                <w:rFonts w:ascii="Times New Roman" w:hAnsi="Times New Roman" w:cs="Times New Roman"/>
                <w:sz w:val="24"/>
                <w:szCs w:val="24"/>
              </w:rPr>
              <w:t xml:space="preserve"> (minutes)</w:t>
            </w:r>
          </w:p>
        </w:tc>
        <w:tc>
          <w:tcPr>
            <w:tcW w:w="850" w:type="dxa"/>
          </w:tcPr>
          <w:p w:rsidR="001E4255" w:rsidRDefault="001E4255" w:rsidP="001E4255">
            <w:pPr>
              <w:pStyle w:val="NoSpacing"/>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1E4255" w:rsidRDefault="001E4255" w:rsidP="001E4255">
            <w:pPr>
              <w:pStyle w:val="NoSpacing"/>
              <w:rPr>
                <w:rFonts w:ascii="Times New Roman" w:hAnsi="Times New Roman" w:cs="Times New Roman"/>
                <w:sz w:val="24"/>
                <w:szCs w:val="24"/>
              </w:rPr>
            </w:pPr>
            <w:r>
              <w:rPr>
                <w:rFonts w:ascii="Times New Roman" w:hAnsi="Times New Roman" w:cs="Times New Roman"/>
                <w:sz w:val="24"/>
                <w:szCs w:val="24"/>
              </w:rPr>
              <w:t>16.5</w:t>
            </w:r>
          </w:p>
        </w:tc>
        <w:tc>
          <w:tcPr>
            <w:tcW w:w="850" w:type="dxa"/>
          </w:tcPr>
          <w:p w:rsidR="001E4255" w:rsidRDefault="001E4255" w:rsidP="001E4255">
            <w:pPr>
              <w:pStyle w:val="NoSpacing"/>
              <w:rPr>
                <w:rFonts w:ascii="Times New Roman" w:hAnsi="Times New Roman" w:cs="Times New Roman"/>
                <w:sz w:val="24"/>
                <w:szCs w:val="24"/>
              </w:rPr>
            </w:pPr>
            <w:r>
              <w:rPr>
                <w:rFonts w:ascii="Times New Roman" w:hAnsi="Times New Roman" w:cs="Times New Roman"/>
                <w:sz w:val="24"/>
                <w:szCs w:val="24"/>
              </w:rPr>
              <w:t>18.15</w:t>
            </w:r>
          </w:p>
        </w:tc>
        <w:tc>
          <w:tcPr>
            <w:tcW w:w="851" w:type="dxa"/>
          </w:tcPr>
          <w:p w:rsidR="001E4255" w:rsidRDefault="001E4255" w:rsidP="001E4255">
            <w:pPr>
              <w:pStyle w:val="NoSpacing"/>
              <w:rPr>
                <w:rFonts w:ascii="Times New Roman" w:hAnsi="Times New Roman" w:cs="Times New Roman"/>
                <w:sz w:val="24"/>
                <w:szCs w:val="24"/>
              </w:rPr>
            </w:pPr>
          </w:p>
        </w:tc>
      </w:tr>
    </w:tbl>
    <w:p w:rsidR="006A34CF" w:rsidRDefault="006A34CF" w:rsidP="00FE76B4">
      <w:pPr>
        <w:pStyle w:val="NoSpacing"/>
        <w:rPr>
          <w:rFonts w:ascii="Times New Roman" w:hAnsi="Times New Roman" w:cs="Times New Roman"/>
          <w:sz w:val="24"/>
          <w:szCs w:val="24"/>
        </w:rPr>
      </w:pPr>
    </w:p>
    <w:p w:rsidR="006A34CF" w:rsidRDefault="006A34CF" w:rsidP="00FE76B4">
      <w:pPr>
        <w:pStyle w:val="NoSpacing"/>
        <w:rPr>
          <w:rFonts w:ascii="Times New Roman" w:hAnsi="Times New Roman" w:cs="Times New Roman"/>
          <w:sz w:val="24"/>
          <w:szCs w:val="24"/>
        </w:rPr>
      </w:pPr>
    </w:p>
    <w:p w:rsidR="006A34CF" w:rsidRDefault="006A34CF" w:rsidP="00FE76B4">
      <w:pPr>
        <w:pStyle w:val="NoSpacing"/>
        <w:rPr>
          <w:rFonts w:ascii="Times New Roman" w:hAnsi="Times New Roman" w:cs="Times New Roman"/>
          <w:sz w:val="24"/>
          <w:szCs w:val="24"/>
        </w:rPr>
      </w:pPr>
    </w:p>
    <w:p w:rsidR="006A34CF" w:rsidRPr="000E2413" w:rsidRDefault="006A34CF" w:rsidP="001E4255">
      <w:pPr>
        <w:pStyle w:val="NoSpacing"/>
        <w:numPr>
          <w:ilvl w:val="0"/>
          <w:numId w:val="15"/>
        </w:numPr>
        <w:rPr>
          <w:rFonts w:ascii="Times New Roman" w:hAnsi="Times New Roman" w:cs="Times New Roman"/>
          <w:sz w:val="24"/>
          <w:szCs w:val="24"/>
        </w:rPr>
      </w:pPr>
      <w:r w:rsidRPr="006A34CF">
        <w:rPr>
          <w:rFonts w:ascii="Times New Roman" w:hAnsi="Times New Roman" w:cs="Times New Roman"/>
          <w:sz w:val="24"/>
          <w:szCs w:val="24"/>
          <w:lang w:val="en-IE"/>
        </w:rPr>
        <w:t xml:space="preserve">Complete the table, by calculating </w:t>
      </w:r>
      <w:r w:rsidRPr="006A34CF">
        <w:rPr>
          <w:rFonts w:ascii="Cambria Math" w:hAnsi="Cambria Math" w:cs="Cambria Math"/>
          <w:sz w:val="24"/>
          <w:szCs w:val="24"/>
          <w:lang w:val="en-IE"/>
        </w:rPr>
        <w:t>𝑅</w:t>
      </w:r>
      <w:r w:rsidRPr="006A34CF">
        <w:rPr>
          <w:rFonts w:ascii="Cambria Math" w:hAnsi="Cambria Math" w:cs="Cambria Math"/>
          <w:sz w:val="24"/>
          <w:szCs w:val="24"/>
          <w:vertAlign w:val="subscript"/>
          <w:lang w:val="en-IE"/>
        </w:rPr>
        <w:t>3</w:t>
      </w:r>
      <w:r w:rsidRPr="006A34CF">
        <w:rPr>
          <w:rFonts w:ascii="Times New Roman" w:hAnsi="Times New Roman" w:cs="Times New Roman"/>
          <w:sz w:val="24"/>
          <w:szCs w:val="24"/>
          <w:lang w:val="en-IE"/>
        </w:rPr>
        <w:t xml:space="preserve">, </w:t>
      </w:r>
      <w:r w:rsidRPr="006A34CF">
        <w:rPr>
          <w:rFonts w:ascii="Cambria Math" w:hAnsi="Cambria Math" w:cs="Cambria Math"/>
          <w:sz w:val="24"/>
          <w:szCs w:val="24"/>
          <w:lang w:val="en-IE"/>
        </w:rPr>
        <w:t>𝑅</w:t>
      </w:r>
      <w:r w:rsidRPr="006A34CF">
        <w:rPr>
          <w:rFonts w:ascii="Cambria Math" w:hAnsi="Cambria Math" w:cs="Cambria Math"/>
          <w:sz w:val="24"/>
          <w:szCs w:val="24"/>
          <w:vertAlign w:val="subscript"/>
          <w:lang w:val="en-IE"/>
        </w:rPr>
        <w:t>4</w:t>
      </w:r>
      <w:r w:rsidRPr="006A34CF">
        <w:rPr>
          <w:rFonts w:ascii="Times New Roman" w:hAnsi="Times New Roman" w:cs="Times New Roman"/>
          <w:sz w:val="24"/>
          <w:szCs w:val="24"/>
          <w:lang w:val="en-IE"/>
        </w:rPr>
        <w:t xml:space="preserve"> and </w:t>
      </w:r>
      <w:r w:rsidRPr="006A34CF">
        <w:rPr>
          <w:rFonts w:ascii="Cambria Math" w:hAnsi="Cambria Math" w:cs="Cambria Math"/>
          <w:sz w:val="24"/>
          <w:szCs w:val="24"/>
          <w:lang w:val="en-IE"/>
        </w:rPr>
        <w:t>𝑅</w:t>
      </w:r>
      <w:r w:rsidRPr="006A34CF">
        <w:rPr>
          <w:rFonts w:ascii="Cambria Math" w:hAnsi="Cambria Math" w:cs="Cambria Math"/>
          <w:sz w:val="24"/>
          <w:szCs w:val="24"/>
          <w:vertAlign w:val="subscript"/>
          <w:lang w:val="en-IE"/>
        </w:rPr>
        <w:t>5</w:t>
      </w:r>
      <w:r w:rsidRPr="006A34CF">
        <w:rPr>
          <w:rFonts w:ascii="Times New Roman" w:hAnsi="Times New Roman" w:cs="Times New Roman"/>
          <w:sz w:val="24"/>
          <w:szCs w:val="24"/>
          <w:lang w:val="en-IE"/>
        </w:rPr>
        <w:t>, her running times in week 3, 4 and 5</w:t>
      </w:r>
      <w:r>
        <w:rPr>
          <w:rFonts w:ascii="Times New Roman" w:hAnsi="Times New Roman" w:cs="Times New Roman"/>
          <w:sz w:val="24"/>
          <w:szCs w:val="24"/>
          <w:lang w:val="en-IE"/>
        </w:rPr>
        <w:t xml:space="preserve"> </w:t>
      </w:r>
      <w:r w:rsidRPr="006A34CF">
        <w:rPr>
          <w:rFonts w:ascii="Times New Roman" w:hAnsi="Times New Roman" w:cs="Times New Roman"/>
          <w:sz w:val="24"/>
          <w:szCs w:val="24"/>
          <w:lang w:val="en-IE"/>
        </w:rPr>
        <w:t>respectively. Write each answer correct to 2 decimal places.</w:t>
      </w:r>
    </w:p>
    <w:p w:rsidR="000E2413" w:rsidRPr="000E2413" w:rsidRDefault="000E2413" w:rsidP="000E2413">
      <w:pPr>
        <w:pStyle w:val="NoSpacing"/>
        <w:ind w:left="360"/>
        <w:rPr>
          <w:rFonts w:ascii="Times New Roman" w:hAnsi="Times New Roman" w:cs="Times New Roman"/>
          <w:sz w:val="24"/>
          <w:szCs w:val="24"/>
        </w:rPr>
      </w:pPr>
    </w:p>
    <w:p w:rsidR="006A34CF" w:rsidRPr="000E2413" w:rsidRDefault="006A34CF" w:rsidP="001E4255">
      <w:pPr>
        <w:pStyle w:val="NoSpacing"/>
        <w:numPr>
          <w:ilvl w:val="0"/>
          <w:numId w:val="15"/>
        </w:numPr>
        <w:rPr>
          <w:rFonts w:ascii="Times New Roman" w:hAnsi="Times New Roman" w:cs="Times New Roman"/>
          <w:sz w:val="24"/>
          <w:szCs w:val="24"/>
        </w:rPr>
      </w:pPr>
      <w:r w:rsidRPr="000E2413">
        <w:rPr>
          <w:rFonts w:ascii="Times New Roman" w:hAnsi="Times New Roman" w:cs="Times New Roman"/>
          <w:sz w:val="24"/>
          <w:szCs w:val="24"/>
          <w:lang w:val="en-IE"/>
        </w:rPr>
        <w:t>The time she will run each week can be modelled by the difference equation:</w:t>
      </w:r>
    </w:p>
    <w:p w:rsidR="006A34CF" w:rsidRDefault="006A34CF" w:rsidP="00FE76B4">
      <w:pPr>
        <w:pStyle w:val="NoSpacing"/>
        <w:rPr>
          <w:rFonts w:ascii="Times New Roman" w:hAnsi="Times New Roman" w:cs="Times New Roman"/>
          <w:sz w:val="24"/>
          <w:szCs w:val="24"/>
        </w:rPr>
      </w:pPr>
    </w:p>
    <w:p w:rsidR="001E4255" w:rsidRDefault="001E4255" w:rsidP="000E2413">
      <w:pPr>
        <w:pStyle w:val="NoSpacing"/>
        <w:ind w:left="360"/>
        <w:jc w:val="center"/>
        <w:rPr>
          <w:rFonts w:ascii="Times New Roman" w:hAnsi="Times New Roman" w:cs="Times New Roman"/>
          <w:sz w:val="24"/>
          <w:szCs w:val="24"/>
        </w:rPr>
      </w:pPr>
      <m:oMathPara>
        <m:oMath>
          <m:sSub>
            <m:sSubPr>
              <m:ctrlPr>
                <w:rPr>
                  <w:rFonts w:ascii="Cambria Math" w:eastAsiaTheme="minorHAnsi" w:hAnsi="Cambria Math" w:cs="Times New Roman"/>
                  <w:i/>
                  <w:sz w:val="24"/>
                  <w:szCs w:val="24"/>
                  <w:lang w:val="en-IE"/>
                </w:rPr>
              </m:ctrlPr>
            </m:sSubPr>
            <m:e>
              <m:r>
                <w:rPr>
                  <w:rFonts w:ascii="Cambria Math" w:hAnsi="Cambria Math" w:cs="Times New Roman"/>
                  <w:sz w:val="24"/>
                  <w:szCs w:val="24"/>
                </w:rPr>
                <m:t>R</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eastAsiaTheme="minorHAnsi" w:hAnsi="Cambria Math" w:cs="Times New Roman"/>
                  <w:i/>
                  <w:sz w:val="24"/>
                  <w:szCs w:val="24"/>
                  <w:lang w:val="en-IE"/>
                </w:rPr>
              </m:ctrlPr>
            </m:sSubPr>
            <m:e>
              <m:r>
                <w:rPr>
                  <w:rFonts w:ascii="Cambria Math" w:hAnsi="Cambria Math" w:cs="Times New Roman"/>
                  <w:sz w:val="24"/>
                  <w:szCs w:val="24"/>
                </w:rPr>
                <m:t>1.1R</m:t>
              </m:r>
            </m:e>
            <m:sub>
              <m:r>
                <w:rPr>
                  <w:rFonts w:ascii="Cambria Math" w:hAnsi="Cambria Math" w:cs="Times New Roman"/>
                  <w:sz w:val="24"/>
                  <w:szCs w:val="24"/>
                </w:rPr>
                <m:t>n</m:t>
              </m:r>
            </m:sub>
          </m:sSub>
        </m:oMath>
      </m:oMathPara>
    </w:p>
    <w:p w:rsidR="006A34CF" w:rsidRDefault="001E4255" w:rsidP="000E2413">
      <w:pPr>
        <w:pStyle w:val="NoSpacing"/>
        <w:ind w:left="360"/>
        <w:rPr>
          <w:rFonts w:ascii="Times New Roman" w:hAnsi="Times New Roman" w:cs="Times New Roman"/>
          <w:sz w:val="24"/>
          <w:szCs w:val="24"/>
        </w:rPr>
      </w:pPr>
      <w:proofErr w:type="gramStart"/>
      <w:r w:rsidRPr="00A31A52">
        <w:rPr>
          <w:rFonts w:ascii="Times New Roman" w:hAnsi="Times New Roman" w:cs="Times New Roman"/>
          <w:sz w:val="24"/>
          <w:szCs w:val="24"/>
        </w:rPr>
        <w:t>where</w:t>
      </w:r>
      <w:proofErr w:type="gramEnd"/>
      <w:r w:rsidRPr="00A31A52">
        <w:rPr>
          <w:rFonts w:ascii="Times New Roman" w:hAnsi="Times New Roman" w:cs="Times New Roman"/>
          <w:sz w:val="24"/>
          <w:szCs w:val="24"/>
        </w:rPr>
        <w:t xml:space="preserve">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A31A52">
        <w:rPr>
          <w:rFonts w:ascii="Times New Roman" w:hAnsi="Times New Roman" w:cs="Times New Roman"/>
          <w:sz w:val="24"/>
          <w:szCs w:val="24"/>
        </w:rPr>
        <w:t xml:space="preserve">0, </w:t>
      </w:r>
      <w:r w:rsidRPr="00A31A52">
        <w:rPr>
          <w:rFonts w:ascii="Cambria Math" w:hAnsi="Cambria Math" w:cs="Cambria Math"/>
          <w:sz w:val="24"/>
          <w:szCs w:val="24"/>
        </w:rPr>
        <w:t>𝑛</w:t>
      </w:r>
      <w:r w:rsidRPr="00A31A52">
        <w:rPr>
          <w:rFonts w:ascii="Times New Roman" w:hAnsi="Times New Roman" w:cs="Times New Roman"/>
          <w:sz w:val="24"/>
          <w:szCs w:val="24"/>
        </w:rPr>
        <w:t xml:space="preserve"> </w:t>
      </w:r>
      <w:r w:rsidRPr="00A31A52">
        <w:rPr>
          <w:rFonts w:ascii="Cambria Math" w:hAnsi="Cambria Math" w:cs="Cambria Math"/>
          <w:sz w:val="24"/>
          <w:szCs w:val="24"/>
        </w:rPr>
        <w:t>∈</w:t>
      </w:r>
      <w:r w:rsidRPr="00A31A52">
        <w:rPr>
          <w:rFonts w:ascii="Times New Roman" w:hAnsi="Times New Roman" w:cs="Times New Roman"/>
          <w:sz w:val="24"/>
          <w:szCs w:val="24"/>
        </w:rPr>
        <w:t xml:space="preserve"> ℤ, </w:t>
      </w:r>
      <w:r>
        <w:rPr>
          <w:rFonts w:ascii="Cambria Math" w:hAnsi="Cambria Math" w:cs="Cambria Math"/>
          <w:sz w:val="24"/>
          <w:szCs w:val="24"/>
        </w:rPr>
        <w:t>R</w:t>
      </w:r>
      <w:r w:rsidRPr="008F543C">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 </w:t>
      </w:r>
      <w:r w:rsidRPr="00A31A52">
        <w:rPr>
          <w:rFonts w:ascii="Times New Roman" w:hAnsi="Times New Roman" w:cs="Times New Roman"/>
          <w:sz w:val="24"/>
          <w:szCs w:val="24"/>
        </w:rPr>
        <w:t>1</w:t>
      </w:r>
      <w:r>
        <w:rPr>
          <w:rFonts w:ascii="Times New Roman" w:hAnsi="Times New Roman" w:cs="Times New Roman"/>
          <w:sz w:val="24"/>
          <w:szCs w:val="24"/>
        </w:rPr>
        <w:t>5.</w:t>
      </w:r>
    </w:p>
    <w:p w:rsidR="006A34CF" w:rsidRDefault="001E4255" w:rsidP="000E2413">
      <w:pPr>
        <w:pStyle w:val="NoSpacing"/>
        <w:ind w:left="360"/>
        <w:rPr>
          <w:rFonts w:ascii="Times New Roman" w:hAnsi="Times New Roman" w:cs="Times New Roman"/>
          <w:sz w:val="24"/>
          <w:szCs w:val="24"/>
          <w:lang w:val="en-IE"/>
        </w:rPr>
      </w:pPr>
      <w:r w:rsidRPr="001E4255">
        <w:rPr>
          <w:rFonts w:ascii="Times New Roman" w:hAnsi="Times New Roman" w:cs="Times New Roman"/>
          <w:sz w:val="24"/>
          <w:szCs w:val="24"/>
          <w:lang w:val="en-IE"/>
        </w:rPr>
        <w:t xml:space="preserve">Solve the difference equation to find an expression for </w:t>
      </w:r>
      <w:r w:rsidRPr="001E4255">
        <w:rPr>
          <w:rFonts w:ascii="Cambria Math" w:hAnsi="Cambria Math" w:cs="Cambria Math"/>
          <w:sz w:val="24"/>
          <w:szCs w:val="24"/>
          <w:lang w:val="en-IE"/>
        </w:rPr>
        <w:t>𝑅</w:t>
      </w:r>
      <w:r w:rsidRPr="001E4255">
        <w:rPr>
          <w:rFonts w:ascii="Times New Roman" w:eastAsia="Times New Roman" w:hAnsi="Times New Roman" w:cs="Times New Roman"/>
          <w:sz w:val="24"/>
          <w:szCs w:val="24"/>
          <w:vertAlign w:val="subscript"/>
          <w:lang w:val="en-IE"/>
        </w:rPr>
        <w:t>n</w:t>
      </w:r>
      <w:r w:rsidRPr="001E4255">
        <w:rPr>
          <w:rFonts w:ascii="Times New Roman" w:hAnsi="Times New Roman" w:cs="Times New Roman"/>
          <w:sz w:val="24"/>
          <w:szCs w:val="24"/>
          <w:lang w:val="en-IE"/>
        </w:rPr>
        <w:t xml:space="preserve"> in terms of </w:t>
      </w:r>
      <w:r w:rsidRPr="001E4255">
        <w:rPr>
          <w:rFonts w:ascii="Cambria Math" w:hAnsi="Cambria Math" w:cs="Cambria Math"/>
          <w:sz w:val="24"/>
          <w:szCs w:val="24"/>
          <w:lang w:val="en-IE"/>
        </w:rPr>
        <w:t>𝑛</w:t>
      </w:r>
      <w:r w:rsidRPr="001E4255">
        <w:rPr>
          <w:rFonts w:ascii="Times New Roman" w:hAnsi="Times New Roman" w:cs="Times New Roman"/>
          <w:sz w:val="24"/>
          <w:szCs w:val="24"/>
          <w:lang w:val="en-IE"/>
        </w:rPr>
        <w:t>.</w:t>
      </w:r>
    </w:p>
    <w:p w:rsidR="000E2413" w:rsidRDefault="000E2413" w:rsidP="000E2413">
      <w:pPr>
        <w:pStyle w:val="NoSpacing"/>
        <w:ind w:left="360"/>
        <w:rPr>
          <w:rFonts w:ascii="Times New Roman" w:hAnsi="Times New Roman" w:cs="Times New Roman"/>
          <w:sz w:val="24"/>
          <w:szCs w:val="24"/>
        </w:rPr>
      </w:pPr>
    </w:p>
    <w:p w:rsidR="006A34CF" w:rsidRDefault="001E4255" w:rsidP="001E4255">
      <w:pPr>
        <w:pStyle w:val="NoSpacing"/>
        <w:numPr>
          <w:ilvl w:val="0"/>
          <w:numId w:val="15"/>
        </w:numPr>
        <w:rPr>
          <w:rFonts w:ascii="Times New Roman" w:hAnsi="Times New Roman" w:cs="Times New Roman"/>
          <w:sz w:val="24"/>
          <w:szCs w:val="24"/>
          <w:lang w:val="en-IE"/>
        </w:rPr>
      </w:pPr>
      <w:r w:rsidRPr="001E4255">
        <w:rPr>
          <w:rFonts w:ascii="Times New Roman" w:hAnsi="Times New Roman" w:cs="Times New Roman"/>
          <w:sz w:val="24"/>
          <w:szCs w:val="24"/>
          <w:lang w:val="en-IE"/>
        </w:rPr>
        <w:t>Olivia estimates that she will have run 3.5 hours in total, over the first eight weeks of</w:t>
      </w:r>
      <w:r>
        <w:rPr>
          <w:rFonts w:ascii="Times New Roman" w:hAnsi="Times New Roman" w:cs="Times New Roman"/>
          <w:sz w:val="24"/>
          <w:szCs w:val="24"/>
          <w:lang w:val="en-IE"/>
        </w:rPr>
        <w:t xml:space="preserve"> </w:t>
      </w:r>
      <w:r w:rsidRPr="001E4255">
        <w:rPr>
          <w:rFonts w:ascii="Times New Roman" w:hAnsi="Times New Roman" w:cs="Times New Roman"/>
          <w:sz w:val="24"/>
          <w:szCs w:val="24"/>
          <w:lang w:val="en-IE"/>
        </w:rPr>
        <w:t xml:space="preserve">training, beginning at </w:t>
      </w:r>
      <w:r w:rsidRPr="001E4255">
        <w:rPr>
          <w:rFonts w:ascii="Cambria Math" w:hAnsi="Cambria Math" w:cs="Cambria Math"/>
          <w:sz w:val="24"/>
          <w:szCs w:val="24"/>
          <w:lang w:val="en-IE"/>
        </w:rPr>
        <w:t>𝑛</w:t>
      </w:r>
      <w:r w:rsidRPr="001E4255">
        <w:rPr>
          <w:rFonts w:ascii="Times New Roman" w:hAnsi="Times New Roman" w:cs="Times New Roman"/>
          <w:sz w:val="24"/>
          <w:szCs w:val="24"/>
          <w:lang w:val="en-IE"/>
        </w:rPr>
        <w:t xml:space="preserve"> = 1. Calculate the sum of her running times in these eight weeks</w:t>
      </w:r>
      <w:r>
        <w:rPr>
          <w:rFonts w:ascii="Times New Roman" w:hAnsi="Times New Roman" w:cs="Times New Roman"/>
          <w:sz w:val="24"/>
          <w:szCs w:val="24"/>
          <w:lang w:val="en-IE"/>
        </w:rPr>
        <w:t xml:space="preserve"> </w:t>
      </w:r>
      <w:r w:rsidRPr="001E4255">
        <w:rPr>
          <w:rFonts w:ascii="Times New Roman" w:hAnsi="Times New Roman" w:cs="Times New Roman"/>
          <w:b/>
          <w:bCs/>
          <w:sz w:val="24"/>
          <w:szCs w:val="24"/>
          <w:lang w:val="en-IE"/>
        </w:rPr>
        <w:t xml:space="preserve">and </w:t>
      </w:r>
      <w:r w:rsidRPr="001E4255">
        <w:rPr>
          <w:rFonts w:ascii="Times New Roman" w:hAnsi="Times New Roman" w:cs="Times New Roman"/>
          <w:sz w:val="24"/>
          <w:szCs w:val="24"/>
          <w:lang w:val="en-IE"/>
        </w:rPr>
        <w:t>evaluate to see if she is correct.</w:t>
      </w:r>
    </w:p>
    <w:p w:rsidR="001E4255" w:rsidRDefault="001E4255" w:rsidP="001E4255">
      <w:pPr>
        <w:pStyle w:val="NoSpacing"/>
        <w:numPr>
          <w:ilvl w:val="0"/>
          <w:numId w:val="15"/>
        </w:numPr>
        <w:rPr>
          <w:rFonts w:ascii="Times New Roman" w:hAnsi="Times New Roman" w:cs="Times New Roman"/>
          <w:sz w:val="24"/>
          <w:szCs w:val="24"/>
        </w:rPr>
      </w:pPr>
      <w:r w:rsidRPr="001E4255">
        <w:rPr>
          <w:rFonts w:ascii="Times New Roman" w:hAnsi="Times New Roman" w:cs="Times New Roman"/>
          <w:sz w:val="24"/>
          <w:szCs w:val="24"/>
          <w:lang w:val="en-IE"/>
        </w:rPr>
        <w:t>In what week will Olivia have run 4 hours in total?</w:t>
      </w:r>
    </w:p>
    <w:p w:rsidR="006A34CF" w:rsidRDefault="006A34CF" w:rsidP="00FE76B4">
      <w:pPr>
        <w:pStyle w:val="NoSpacing"/>
        <w:rPr>
          <w:rFonts w:ascii="Times New Roman" w:hAnsi="Times New Roman" w:cs="Times New Roman"/>
          <w:sz w:val="24"/>
          <w:szCs w:val="24"/>
        </w:rPr>
      </w:pPr>
    </w:p>
    <w:p w:rsidR="006A34CF" w:rsidRDefault="006A34CF" w:rsidP="00FE76B4">
      <w:pPr>
        <w:pStyle w:val="NoSpacing"/>
        <w:rPr>
          <w:rFonts w:ascii="Times New Roman" w:hAnsi="Times New Roman" w:cs="Times New Roman"/>
          <w:sz w:val="24"/>
          <w:szCs w:val="24"/>
        </w:rPr>
      </w:pPr>
    </w:p>
    <w:p w:rsidR="006A34CF" w:rsidRDefault="006A34CF" w:rsidP="00FE76B4">
      <w:pPr>
        <w:pStyle w:val="NoSpacing"/>
        <w:rPr>
          <w:rFonts w:ascii="Times New Roman" w:hAnsi="Times New Roman" w:cs="Times New Roman"/>
          <w:sz w:val="24"/>
          <w:szCs w:val="24"/>
        </w:rPr>
      </w:pPr>
    </w:p>
    <w:p w:rsidR="001E4255" w:rsidRDefault="000E2413" w:rsidP="001E4255">
      <w:pPr>
        <w:pStyle w:val="NoSpacing"/>
        <w:rPr>
          <w:rFonts w:ascii="Times New Roman" w:hAnsi="Times New Roman" w:cs="Times New Roman"/>
          <w:b/>
          <w:bCs/>
          <w:sz w:val="24"/>
          <w:szCs w:val="24"/>
          <w:lang w:val="en-IE"/>
        </w:rPr>
      </w:pPr>
      <w:r w:rsidRPr="006A34CF">
        <w:rPr>
          <w:rFonts w:ascii="Times New Roman" w:hAnsi="Times New Roman" w:cs="Times New Roman"/>
          <w:b/>
          <w:bCs/>
          <w:sz w:val="24"/>
          <w:szCs w:val="24"/>
          <w:lang w:val="en-IE"/>
        </w:rPr>
        <w:t>Question 3</w:t>
      </w:r>
      <w:r>
        <w:rPr>
          <w:rFonts w:ascii="Times New Roman" w:hAnsi="Times New Roman" w:cs="Times New Roman"/>
          <w:b/>
          <w:bCs/>
          <w:sz w:val="24"/>
          <w:szCs w:val="24"/>
          <w:lang w:val="en-IE"/>
        </w:rPr>
        <w:t xml:space="preserve"> </w:t>
      </w:r>
      <w:r w:rsidRPr="006A34CF">
        <w:rPr>
          <w:rFonts w:ascii="Times New Roman" w:hAnsi="Times New Roman" w:cs="Times New Roman"/>
          <w:noProof/>
          <w:sz w:val="24"/>
          <w:szCs w:val="24"/>
          <w:lang w:val="en-IE" w:eastAsia="en-IE"/>
        </w:rPr>
        <w:drawing>
          <wp:anchor distT="0" distB="0" distL="114300" distR="114300" simplePos="0" relativeHeight="251668480" behindDoc="0" locked="0" layoutInCell="1" allowOverlap="1" wp14:anchorId="27BFD25F" wp14:editId="04F64202">
            <wp:simplePos x="0" y="0"/>
            <wp:positionH relativeFrom="column">
              <wp:posOffset>4578350</wp:posOffset>
            </wp:positionH>
            <wp:positionV relativeFrom="paragraph">
              <wp:posOffset>31115</wp:posOffset>
            </wp:positionV>
            <wp:extent cx="2489200" cy="14097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1409700"/>
                    </a:xfrm>
                    <a:prstGeom prst="rect">
                      <a:avLst/>
                    </a:prstGeom>
                    <a:noFill/>
                    <a:ln>
                      <a:noFill/>
                    </a:ln>
                  </pic:spPr>
                </pic:pic>
              </a:graphicData>
            </a:graphic>
          </wp:anchor>
        </w:drawing>
      </w:r>
      <w:r>
        <w:rPr>
          <w:rFonts w:ascii="Times New Roman" w:hAnsi="Times New Roman" w:cs="Times New Roman"/>
          <w:b/>
          <w:bCs/>
          <w:sz w:val="24"/>
          <w:szCs w:val="24"/>
          <w:lang w:val="en-IE"/>
        </w:rPr>
        <w:t>(</w:t>
      </w:r>
      <w:r w:rsidR="001E4255" w:rsidRPr="001E4255">
        <w:rPr>
          <w:rFonts w:ascii="Times New Roman" w:hAnsi="Times New Roman" w:cs="Times New Roman"/>
          <w:noProof/>
          <w:sz w:val="24"/>
          <w:szCs w:val="24"/>
          <w:lang w:val="en-IE" w:eastAsia="en-IE"/>
        </w:rPr>
        <w:drawing>
          <wp:anchor distT="0" distB="0" distL="114300" distR="114300" simplePos="0" relativeHeight="251635200" behindDoc="0" locked="0" layoutInCell="1" allowOverlap="1">
            <wp:simplePos x="0" y="0"/>
            <wp:positionH relativeFrom="column">
              <wp:posOffset>4038600</wp:posOffset>
            </wp:positionH>
            <wp:positionV relativeFrom="paragraph">
              <wp:posOffset>25400</wp:posOffset>
            </wp:positionV>
            <wp:extent cx="2971800" cy="192987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29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255" w:rsidRPr="001E4255">
        <w:rPr>
          <w:rFonts w:ascii="Times New Roman" w:hAnsi="Times New Roman" w:cs="Times New Roman"/>
          <w:b/>
          <w:bCs/>
          <w:sz w:val="24"/>
          <w:szCs w:val="24"/>
          <w:lang w:val="en-IE"/>
        </w:rPr>
        <w:t xml:space="preserve">b) </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Aoife is an Applied Mathematics student.</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While at a funfair she observes her little</w:t>
      </w:r>
      <w:r>
        <w:rPr>
          <w:rFonts w:ascii="Times New Roman" w:hAnsi="Times New Roman" w:cs="Times New Roman"/>
          <w:sz w:val="24"/>
          <w:szCs w:val="24"/>
          <w:lang w:val="en-IE"/>
        </w:rPr>
        <w:t xml:space="preserve"> </w:t>
      </w:r>
      <w:r w:rsidRPr="001E4255">
        <w:rPr>
          <w:rFonts w:ascii="Times New Roman" w:hAnsi="Times New Roman" w:cs="Times New Roman"/>
          <w:sz w:val="24"/>
          <w:szCs w:val="24"/>
          <w:lang w:val="en-IE"/>
        </w:rPr>
        <w:t>brother, Daniel, on the merry-go-round.</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Daniel, of mass 25 kg, is sitting on one of the</w:t>
      </w:r>
      <w:r>
        <w:rPr>
          <w:rFonts w:ascii="Times New Roman" w:hAnsi="Times New Roman" w:cs="Times New Roman"/>
          <w:sz w:val="24"/>
          <w:szCs w:val="24"/>
          <w:lang w:val="en-IE"/>
        </w:rPr>
        <w:t xml:space="preserve"> </w:t>
      </w:r>
      <w:r w:rsidRPr="001E4255">
        <w:rPr>
          <w:rFonts w:ascii="Times New Roman" w:hAnsi="Times New Roman" w:cs="Times New Roman"/>
          <w:sz w:val="24"/>
          <w:szCs w:val="24"/>
          <w:lang w:val="en-IE"/>
        </w:rPr>
        <w:t>horses that is 2 m from the centre.</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He is moving at a speed of 1 m s</w:t>
      </w:r>
      <w:r w:rsidRPr="001E4255">
        <w:rPr>
          <w:rFonts w:ascii="Times New Roman" w:hAnsi="Times New Roman" w:cs="Times New Roman"/>
          <w:sz w:val="24"/>
          <w:szCs w:val="24"/>
          <w:vertAlign w:val="superscript"/>
          <w:lang w:val="en-IE"/>
        </w:rPr>
        <w:t>–1</w:t>
      </w:r>
      <w:r w:rsidRPr="001E4255">
        <w:rPr>
          <w:rFonts w:ascii="Times New Roman" w:hAnsi="Times New Roman" w:cs="Times New Roman"/>
          <w:sz w:val="24"/>
          <w:szCs w:val="24"/>
          <w:lang w:val="en-IE"/>
        </w:rPr>
        <w:t>.</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Daniel moves with uniform circular motion.</w:t>
      </w:r>
    </w:p>
    <w:p w:rsidR="006A34CF" w:rsidRDefault="001E4255" w:rsidP="001E4255">
      <w:pPr>
        <w:pStyle w:val="NoSpacing"/>
        <w:numPr>
          <w:ilvl w:val="0"/>
          <w:numId w:val="18"/>
        </w:numPr>
        <w:rPr>
          <w:rFonts w:ascii="Times New Roman" w:hAnsi="Times New Roman" w:cs="Times New Roman"/>
          <w:sz w:val="24"/>
          <w:szCs w:val="24"/>
          <w:lang w:val="en-IE"/>
        </w:rPr>
      </w:pPr>
      <w:r w:rsidRPr="001E4255">
        <w:rPr>
          <w:rFonts w:ascii="Times New Roman" w:hAnsi="Times New Roman" w:cs="Times New Roman"/>
          <w:sz w:val="24"/>
          <w:szCs w:val="24"/>
          <w:lang w:val="en-IE"/>
        </w:rPr>
        <w:t xml:space="preserve">Calculate Daniel’s angular velocity, </w:t>
      </w:r>
      <w:r w:rsidRPr="001E4255">
        <w:rPr>
          <w:rFonts w:ascii="Cambria Math" w:hAnsi="Cambria Math" w:cs="Cambria Math"/>
          <w:sz w:val="24"/>
          <w:szCs w:val="24"/>
          <w:lang w:val="en-IE"/>
        </w:rPr>
        <w:t>𝜔</w:t>
      </w:r>
      <w:r w:rsidRPr="001E4255">
        <w:rPr>
          <w:rFonts w:ascii="Times New Roman" w:hAnsi="Times New Roman" w:cs="Times New Roman"/>
          <w:sz w:val="24"/>
          <w:szCs w:val="24"/>
          <w:lang w:val="en-IE"/>
        </w:rPr>
        <w:t>.</w:t>
      </w:r>
    </w:p>
    <w:p w:rsidR="000E2413" w:rsidRDefault="000E2413" w:rsidP="000E2413">
      <w:pPr>
        <w:pStyle w:val="NoSpacing"/>
        <w:ind w:left="360"/>
        <w:rPr>
          <w:rFonts w:ascii="Times New Roman" w:hAnsi="Times New Roman" w:cs="Times New Roman"/>
          <w:sz w:val="24"/>
          <w:szCs w:val="24"/>
          <w:lang w:val="en-IE"/>
        </w:rPr>
      </w:pPr>
    </w:p>
    <w:p w:rsidR="001E4255" w:rsidRPr="000E2413" w:rsidRDefault="001E4255" w:rsidP="001E4255">
      <w:pPr>
        <w:pStyle w:val="NoSpacing"/>
        <w:numPr>
          <w:ilvl w:val="0"/>
          <w:numId w:val="18"/>
        </w:numPr>
        <w:rPr>
          <w:rFonts w:ascii="Times New Roman" w:hAnsi="Times New Roman" w:cs="Times New Roman"/>
          <w:sz w:val="24"/>
          <w:szCs w:val="24"/>
          <w:lang w:val="en-IE"/>
        </w:rPr>
      </w:pPr>
      <w:r w:rsidRPr="000E2413">
        <w:rPr>
          <w:rFonts w:ascii="Times New Roman" w:hAnsi="Times New Roman" w:cs="Times New Roman"/>
          <w:sz w:val="24"/>
          <w:szCs w:val="24"/>
          <w:lang w:val="en-IE"/>
        </w:rPr>
        <w:t>Aoife notices that some of the other horses are closer to the centre and some are further away than where Daniel sits.</w:t>
      </w:r>
    </w:p>
    <w:p w:rsidR="006A34CF" w:rsidRPr="001E4255" w:rsidRDefault="001E4255" w:rsidP="000E2413">
      <w:pPr>
        <w:pStyle w:val="NoSpacing"/>
        <w:ind w:left="360"/>
        <w:rPr>
          <w:rFonts w:ascii="Times New Roman" w:hAnsi="Times New Roman" w:cs="Times New Roman"/>
          <w:sz w:val="24"/>
          <w:szCs w:val="24"/>
        </w:rPr>
      </w:pPr>
      <w:r w:rsidRPr="001E4255">
        <w:rPr>
          <w:rFonts w:ascii="Times New Roman" w:hAnsi="Times New Roman" w:cs="Times New Roman"/>
          <w:sz w:val="24"/>
          <w:szCs w:val="24"/>
          <w:lang w:val="en-IE"/>
        </w:rPr>
        <w:t>Aoife believes that if Daniel had been sitting on the horse that is 1 m from the centre, he</w:t>
      </w:r>
      <w:r>
        <w:rPr>
          <w:rFonts w:ascii="Times New Roman" w:hAnsi="Times New Roman" w:cs="Times New Roman"/>
          <w:sz w:val="24"/>
          <w:szCs w:val="24"/>
          <w:lang w:val="en-IE"/>
        </w:rPr>
        <w:t xml:space="preserve"> </w:t>
      </w:r>
      <w:r w:rsidRPr="001E4255">
        <w:rPr>
          <w:rFonts w:ascii="Times New Roman" w:hAnsi="Times New Roman" w:cs="Times New Roman"/>
          <w:sz w:val="24"/>
          <w:szCs w:val="24"/>
          <w:lang w:val="en-IE"/>
        </w:rPr>
        <w:t>would be moving with a greater linear velocity. Is she correct? Justify your answer.</w:t>
      </w:r>
    </w:p>
    <w:p w:rsidR="001E4255" w:rsidRPr="001E4255" w:rsidRDefault="001E4255" w:rsidP="001E4255">
      <w:pPr>
        <w:pStyle w:val="NoSpacing"/>
        <w:numPr>
          <w:ilvl w:val="0"/>
          <w:numId w:val="18"/>
        </w:numPr>
        <w:rPr>
          <w:rFonts w:ascii="Times New Roman" w:hAnsi="Times New Roman" w:cs="Times New Roman"/>
          <w:sz w:val="24"/>
          <w:szCs w:val="24"/>
          <w:lang w:val="en-IE"/>
        </w:rPr>
      </w:pPr>
      <w:r w:rsidRPr="001E4255">
        <w:rPr>
          <w:rFonts w:ascii="Times New Roman" w:hAnsi="Times New Roman" w:cs="Times New Roman"/>
          <w:sz w:val="24"/>
          <w:szCs w:val="24"/>
          <w:lang w:val="en-IE"/>
        </w:rPr>
        <w:t>Calculate Daniel’s acceleration.</w:t>
      </w:r>
    </w:p>
    <w:p w:rsidR="001E4255" w:rsidRPr="001E4255" w:rsidRDefault="001E4255" w:rsidP="001E4255">
      <w:pPr>
        <w:pStyle w:val="NoSpacing"/>
        <w:numPr>
          <w:ilvl w:val="0"/>
          <w:numId w:val="18"/>
        </w:numPr>
        <w:rPr>
          <w:rFonts w:ascii="Times New Roman" w:hAnsi="Times New Roman" w:cs="Times New Roman"/>
          <w:sz w:val="24"/>
          <w:szCs w:val="24"/>
          <w:lang w:val="en-IE"/>
        </w:rPr>
      </w:pPr>
      <w:r w:rsidRPr="001E4255">
        <w:rPr>
          <w:rFonts w:ascii="Times New Roman" w:hAnsi="Times New Roman" w:cs="Times New Roman"/>
          <w:sz w:val="24"/>
          <w:szCs w:val="24"/>
          <w:lang w:val="en-IE"/>
        </w:rPr>
        <w:t>Calculate the centripetal force on Daniel.</w:t>
      </w:r>
    </w:p>
    <w:p w:rsidR="006A34CF" w:rsidRDefault="001E4255" w:rsidP="001E4255">
      <w:pPr>
        <w:pStyle w:val="NoSpacing"/>
        <w:numPr>
          <w:ilvl w:val="0"/>
          <w:numId w:val="18"/>
        </w:numPr>
        <w:rPr>
          <w:rFonts w:ascii="Times New Roman" w:hAnsi="Times New Roman" w:cs="Times New Roman"/>
          <w:sz w:val="24"/>
          <w:szCs w:val="24"/>
        </w:rPr>
      </w:pPr>
      <w:r w:rsidRPr="001E4255">
        <w:rPr>
          <w:rFonts w:ascii="Times New Roman" w:hAnsi="Times New Roman" w:cs="Times New Roman"/>
          <w:sz w:val="24"/>
          <w:szCs w:val="24"/>
          <w:lang w:val="en-IE"/>
        </w:rPr>
        <w:t>If Daniel completes 20 revolutions on the merry-go-round, calculate how long it will take.</w:t>
      </w:r>
    </w:p>
    <w:p w:rsidR="006A34CF" w:rsidRDefault="006A34CF" w:rsidP="00FE76B4">
      <w:pPr>
        <w:pStyle w:val="NoSpacing"/>
        <w:rPr>
          <w:rFonts w:ascii="Times New Roman" w:hAnsi="Times New Roman" w:cs="Times New Roman"/>
          <w:sz w:val="24"/>
          <w:szCs w:val="24"/>
        </w:rPr>
      </w:pPr>
    </w:p>
    <w:p w:rsidR="00FF5C81" w:rsidRDefault="00FF5C81">
      <w:pPr>
        <w:rPr>
          <w:rFonts w:ascii="Times New Roman" w:hAnsi="Times New Roman" w:cs="Times New Roman"/>
          <w:b/>
          <w:bCs/>
          <w:sz w:val="24"/>
          <w:szCs w:val="24"/>
          <w:lang w:val="en-IE"/>
        </w:rPr>
      </w:pPr>
      <w:r>
        <w:rPr>
          <w:rFonts w:ascii="Times New Roman" w:hAnsi="Times New Roman" w:cs="Times New Roman"/>
          <w:b/>
          <w:bCs/>
          <w:sz w:val="24"/>
          <w:szCs w:val="24"/>
          <w:lang w:val="en-IE"/>
        </w:rPr>
        <w:br w:type="page"/>
      </w:r>
    </w:p>
    <w:p w:rsidR="001E4255" w:rsidRPr="001E4255" w:rsidRDefault="001E4255" w:rsidP="001E4255">
      <w:pPr>
        <w:pStyle w:val="NoSpacing"/>
        <w:rPr>
          <w:rFonts w:ascii="Times New Roman" w:hAnsi="Times New Roman" w:cs="Times New Roman"/>
          <w:b/>
          <w:bCs/>
          <w:sz w:val="24"/>
          <w:szCs w:val="24"/>
          <w:lang w:val="en-IE"/>
        </w:rPr>
      </w:pPr>
      <w:r w:rsidRPr="001E4255">
        <w:rPr>
          <w:rFonts w:ascii="Times New Roman" w:hAnsi="Times New Roman" w:cs="Times New Roman"/>
          <w:b/>
          <w:bCs/>
          <w:sz w:val="24"/>
          <w:szCs w:val="24"/>
          <w:lang w:val="en-IE"/>
        </w:rPr>
        <w:lastRenderedPageBreak/>
        <w:t>Question 4</w:t>
      </w:r>
    </w:p>
    <w:p w:rsidR="001E4255" w:rsidRPr="001E4255" w:rsidRDefault="001E4255" w:rsidP="001E4255">
      <w:pPr>
        <w:pStyle w:val="NoSpacing"/>
        <w:rPr>
          <w:rFonts w:ascii="Times New Roman" w:hAnsi="Times New Roman" w:cs="Times New Roman"/>
          <w:sz w:val="24"/>
          <w:szCs w:val="24"/>
          <w:lang w:val="en-IE"/>
        </w:rPr>
      </w:pPr>
      <w:r w:rsidRPr="001E4255">
        <w:rPr>
          <w:rFonts w:ascii="Times New Roman" w:hAnsi="Times New Roman" w:cs="Times New Roman"/>
          <w:sz w:val="24"/>
          <w:szCs w:val="24"/>
          <w:lang w:val="en-IE"/>
        </w:rPr>
        <w:t>A basketball player is practising free throws, which are taken 4.7 m in front of a vertical hoop.</w:t>
      </w:r>
    </w:p>
    <w:p w:rsidR="006A34CF" w:rsidRDefault="001E4255" w:rsidP="001E4255">
      <w:pPr>
        <w:pStyle w:val="NoSpacing"/>
        <w:rPr>
          <w:rFonts w:ascii="Times New Roman" w:hAnsi="Times New Roman" w:cs="Times New Roman"/>
          <w:sz w:val="24"/>
          <w:szCs w:val="24"/>
        </w:rPr>
      </w:pPr>
      <w:r w:rsidRPr="001E4255">
        <w:rPr>
          <w:rFonts w:ascii="Times New Roman" w:hAnsi="Times New Roman" w:cs="Times New Roman"/>
          <w:sz w:val="24"/>
          <w:szCs w:val="24"/>
          <w:lang w:val="en-IE"/>
        </w:rPr>
        <w:t xml:space="preserve">The player throws the ball with an initial velocity of </w:t>
      </w:r>
      <m:oMath>
        <m:r>
          <w:rPr>
            <w:rFonts w:ascii="Cambria Math" w:hAnsi="Cambria Math" w:cs="Times New Roman"/>
            <w:sz w:val="24"/>
            <w:szCs w:val="24"/>
            <w:lang w:val="en-IE"/>
          </w:rPr>
          <m:t>5</m:t>
        </m:r>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i</m:t>
            </m:r>
          </m:e>
        </m:acc>
        <m:r>
          <w:rPr>
            <w:rFonts w:ascii="Cambria Math" w:hAnsi="Cambria Math" w:cs="Times New Roman"/>
            <w:sz w:val="24"/>
            <w:szCs w:val="24"/>
            <w:lang w:val="en-IE"/>
          </w:rPr>
          <m:t>+5</m:t>
        </m:r>
        <m:acc>
          <m:accPr>
            <m:chr m:val="⃗"/>
            <m:ctrlPr>
              <w:rPr>
                <w:rFonts w:ascii="Cambria Math" w:hAnsi="Cambria Math" w:cs="Times New Roman"/>
                <w:i/>
                <w:sz w:val="24"/>
                <w:szCs w:val="24"/>
                <w:lang w:val="en-IE"/>
              </w:rPr>
            </m:ctrlPr>
          </m:accPr>
          <m:e>
            <m:r>
              <w:rPr>
                <w:rFonts w:ascii="Cambria Math" w:hAnsi="Cambria Math" w:cs="Times New Roman"/>
                <w:sz w:val="24"/>
                <w:szCs w:val="24"/>
                <w:lang w:val="en-IE"/>
              </w:rPr>
              <m:t>j</m:t>
            </m:r>
          </m:e>
        </m:acc>
      </m:oMath>
      <w:r w:rsidR="00FF5C81" w:rsidRPr="00FF5C81">
        <w:rPr>
          <w:rFonts w:ascii="Times New Roman" w:hAnsi="Times New Roman" w:cs="Times New Roman"/>
          <w:sz w:val="24"/>
          <w:szCs w:val="24"/>
          <w:lang w:val="en-IE"/>
        </w:rPr>
        <w:t xml:space="preserve"> </w:t>
      </w:r>
      <w:r w:rsidRPr="00FF5C81">
        <w:rPr>
          <w:rFonts w:ascii="Times New Roman" w:hAnsi="Times New Roman" w:cs="Times New Roman"/>
          <w:sz w:val="24"/>
          <w:szCs w:val="24"/>
          <w:lang w:val="en-IE"/>
        </w:rPr>
        <w:t xml:space="preserve"> m s</w:t>
      </w:r>
      <w:r w:rsidRPr="00FF5C81">
        <w:rPr>
          <w:rFonts w:ascii="Times New Roman" w:hAnsi="Times New Roman" w:cs="Times New Roman"/>
          <w:sz w:val="24"/>
          <w:szCs w:val="24"/>
          <w:vertAlign w:val="superscript"/>
          <w:lang w:val="en-IE"/>
        </w:rPr>
        <w:t>–</w:t>
      </w:r>
      <w:r w:rsidRPr="001E4255">
        <w:rPr>
          <w:rFonts w:ascii="Times New Roman" w:hAnsi="Times New Roman" w:cs="Times New Roman"/>
          <w:sz w:val="24"/>
          <w:szCs w:val="24"/>
          <w:vertAlign w:val="superscript"/>
          <w:lang w:val="en-IE"/>
        </w:rPr>
        <w:t>1</w:t>
      </w:r>
      <w:r w:rsidRPr="001E4255">
        <w:rPr>
          <w:rFonts w:ascii="Times New Roman" w:hAnsi="Times New Roman" w:cs="Times New Roman"/>
          <w:sz w:val="24"/>
          <w:szCs w:val="24"/>
          <w:lang w:val="en-IE"/>
        </w:rPr>
        <w:t>, as shown in the diagram below.</w:t>
      </w:r>
    </w:p>
    <w:p w:rsidR="006A34CF" w:rsidRDefault="006A34CF" w:rsidP="00FE76B4">
      <w:pPr>
        <w:pStyle w:val="NoSpacing"/>
        <w:rPr>
          <w:rFonts w:ascii="Times New Roman" w:hAnsi="Times New Roman" w:cs="Times New Roman"/>
          <w:sz w:val="24"/>
          <w:szCs w:val="24"/>
        </w:rPr>
      </w:pPr>
    </w:p>
    <w:p w:rsidR="001E4255" w:rsidRDefault="00BF7860" w:rsidP="00FE76B4">
      <w:pPr>
        <w:pStyle w:val="NoSpacing"/>
        <w:rPr>
          <w:rFonts w:ascii="Times New Roman" w:hAnsi="Times New Roman" w:cs="Times New Roman"/>
          <w:sz w:val="24"/>
          <w:szCs w:val="24"/>
        </w:rPr>
      </w:pPr>
      <w:r w:rsidRPr="00BF7860">
        <w:rPr>
          <w:rFonts w:ascii="Times New Roman" w:hAnsi="Times New Roman" w:cs="Times New Roman"/>
          <w:sz w:val="24"/>
          <w:szCs w:val="24"/>
        </w:rPr>
        <w:drawing>
          <wp:anchor distT="0" distB="0" distL="114300" distR="114300" simplePos="0" relativeHeight="251655168" behindDoc="0" locked="0" layoutInCell="1" allowOverlap="1">
            <wp:simplePos x="0" y="0"/>
            <wp:positionH relativeFrom="column">
              <wp:posOffset>571500</wp:posOffset>
            </wp:positionH>
            <wp:positionV relativeFrom="paragraph">
              <wp:posOffset>45720</wp:posOffset>
            </wp:positionV>
            <wp:extent cx="5797848" cy="240677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7848" cy="2406774"/>
                    </a:xfrm>
                    <a:prstGeom prst="rect">
                      <a:avLst/>
                    </a:prstGeom>
                  </pic:spPr>
                </pic:pic>
              </a:graphicData>
            </a:graphic>
          </wp:anchor>
        </w:drawing>
      </w:r>
    </w:p>
    <w:p w:rsidR="001E4255" w:rsidRDefault="001E4255" w:rsidP="00FE76B4">
      <w:pPr>
        <w:pStyle w:val="NoSpacing"/>
        <w:rPr>
          <w:rFonts w:ascii="Times New Roman" w:hAnsi="Times New Roman" w:cs="Times New Roman"/>
          <w:sz w:val="24"/>
          <w:szCs w:val="24"/>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BF7860" w:rsidRDefault="00BF7860" w:rsidP="001E4255">
      <w:pPr>
        <w:pStyle w:val="NoSpacing"/>
        <w:rPr>
          <w:rFonts w:ascii="Times New Roman" w:hAnsi="Times New Roman" w:cs="Times New Roman"/>
          <w:sz w:val="24"/>
          <w:szCs w:val="24"/>
          <w:lang w:val="en-IE"/>
        </w:rPr>
      </w:pPr>
    </w:p>
    <w:p w:rsidR="001E4255" w:rsidRPr="00B37F1E" w:rsidRDefault="001E4255" w:rsidP="001E4255">
      <w:pPr>
        <w:pStyle w:val="NoSpacing"/>
        <w:rPr>
          <w:rFonts w:ascii="Times New Roman" w:hAnsi="Times New Roman" w:cs="Times New Roman"/>
          <w:sz w:val="24"/>
          <w:szCs w:val="24"/>
          <w:lang w:val="en-IE"/>
        </w:rPr>
      </w:pPr>
      <w:r w:rsidRPr="00B37F1E">
        <w:rPr>
          <w:rFonts w:ascii="Times New Roman" w:hAnsi="Times New Roman" w:cs="Times New Roman"/>
          <w:sz w:val="24"/>
          <w:szCs w:val="24"/>
          <w:lang w:val="en-IE"/>
        </w:rPr>
        <w:t>The motion of the basketball may be modelled as projectile motion in a vertical plane, ignoring the effects of air resistance.</w:t>
      </w:r>
    </w:p>
    <w:p w:rsidR="001E4255" w:rsidRPr="00B37F1E" w:rsidRDefault="001E4255" w:rsidP="001E4255">
      <w:pPr>
        <w:pStyle w:val="NoSpacing"/>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The player releases the basketball, from </w:t>
      </w:r>
      <w:r w:rsidRPr="00B37F1E">
        <w:rPr>
          <w:rFonts w:ascii="Cambria Math" w:hAnsi="Cambria Math" w:cs="Cambria Math"/>
          <w:sz w:val="24"/>
          <w:szCs w:val="24"/>
          <w:lang w:val="en-IE"/>
        </w:rPr>
        <w:t>𝑃</w:t>
      </w:r>
      <w:r w:rsidRPr="00B37F1E">
        <w:rPr>
          <w:rFonts w:ascii="Times New Roman" w:hAnsi="Times New Roman" w:cs="Times New Roman"/>
          <w:sz w:val="24"/>
          <w:szCs w:val="24"/>
          <w:lang w:val="en-IE"/>
        </w:rPr>
        <w:t>, at a height of 2.1 m above the ground and the basketball hoop stands at 3 m.</w:t>
      </w:r>
    </w:p>
    <w:p w:rsidR="001E4255" w:rsidRPr="00B37F1E" w:rsidRDefault="001E4255" w:rsidP="00B37F1E">
      <w:pPr>
        <w:pStyle w:val="NoSpacing"/>
        <w:numPr>
          <w:ilvl w:val="0"/>
          <w:numId w:val="19"/>
        </w:numPr>
        <w:rPr>
          <w:rFonts w:ascii="Times New Roman" w:hAnsi="Times New Roman" w:cs="Times New Roman"/>
          <w:sz w:val="24"/>
          <w:szCs w:val="24"/>
        </w:rPr>
      </w:pPr>
      <w:r w:rsidRPr="00B37F1E">
        <w:rPr>
          <w:rFonts w:ascii="Times New Roman" w:hAnsi="Times New Roman" w:cs="Times New Roman"/>
          <w:sz w:val="24"/>
          <w:szCs w:val="24"/>
          <w:lang w:val="en-IE"/>
        </w:rPr>
        <w:t>Calculate the time taken for the basketball to reach its maximum height above the ground.</w:t>
      </w:r>
    </w:p>
    <w:p w:rsidR="001E4255" w:rsidRPr="00B37F1E" w:rsidRDefault="001E4255" w:rsidP="00B37F1E">
      <w:pPr>
        <w:pStyle w:val="NoSpacing"/>
        <w:numPr>
          <w:ilvl w:val="0"/>
          <w:numId w:val="19"/>
        </w:numPr>
        <w:rPr>
          <w:rFonts w:ascii="Times New Roman" w:hAnsi="Times New Roman" w:cs="Times New Roman"/>
          <w:sz w:val="24"/>
          <w:szCs w:val="24"/>
          <w:lang w:val="en-IE"/>
        </w:rPr>
      </w:pPr>
      <w:r w:rsidRPr="00B37F1E">
        <w:rPr>
          <w:rFonts w:ascii="Times New Roman" w:hAnsi="Times New Roman" w:cs="Times New Roman"/>
          <w:sz w:val="24"/>
          <w:szCs w:val="24"/>
          <w:lang w:val="en-IE"/>
        </w:rPr>
        <w:t>Show that the maximum height of the basketball above the ground is approximately 3.38 m.</w:t>
      </w:r>
    </w:p>
    <w:p w:rsidR="001E4255" w:rsidRPr="00B37F1E" w:rsidRDefault="001E4255" w:rsidP="00B37F1E">
      <w:pPr>
        <w:pStyle w:val="NoSpacing"/>
        <w:numPr>
          <w:ilvl w:val="0"/>
          <w:numId w:val="19"/>
        </w:numPr>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Calculate the two times, </w:t>
      </w:r>
      <w:r w:rsidRPr="00B37F1E">
        <w:rPr>
          <w:rFonts w:ascii="Cambria Math" w:hAnsi="Cambria Math" w:cs="Cambria Math"/>
          <w:sz w:val="24"/>
          <w:szCs w:val="24"/>
          <w:lang w:val="en-IE"/>
        </w:rPr>
        <w:t>𝑡</w:t>
      </w:r>
      <w:r w:rsidR="00BF7860" w:rsidRPr="00B37F1E">
        <w:rPr>
          <w:rFonts w:ascii="Times New Roman" w:eastAsia="Times New Roman" w:hAnsi="Times New Roman" w:cs="Times New Roman"/>
          <w:sz w:val="24"/>
          <w:szCs w:val="24"/>
          <w:vertAlign w:val="subscript"/>
          <w:lang w:val="en-IE"/>
        </w:rPr>
        <w:t>1</w:t>
      </w:r>
      <w:r w:rsidRPr="00B37F1E">
        <w:rPr>
          <w:rFonts w:ascii="Times New Roman" w:hAnsi="Times New Roman" w:cs="Times New Roman"/>
          <w:sz w:val="24"/>
          <w:szCs w:val="24"/>
          <w:lang w:val="en-IE"/>
        </w:rPr>
        <w:t xml:space="preserve"> and </w:t>
      </w:r>
      <w:r w:rsidRPr="00B37F1E">
        <w:rPr>
          <w:rFonts w:ascii="Cambria Math" w:hAnsi="Cambria Math" w:cs="Cambria Math"/>
          <w:sz w:val="24"/>
          <w:szCs w:val="24"/>
          <w:lang w:val="en-IE"/>
        </w:rPr>
        <w:t>𝑡</w:t>
      </w:r>
      <w:r w:rsidR="00BF7860" w:rsidRPr="00B37F1E">
        <w:rPr>
          <w:rFonts w:ascii="Times New Roman" w:eastAsia="Times New Roman" w:hAnsi="Times New Roman" w:cs="Times New Roman"/>
          <w:sz w:val="24"/>
          <w:szCs w:val="24"/>
          <w:vertAlign w:val="subscript"/>
          <w:lang w:val="en-IE"/>
        </w:rPr>
        <w:t>2</w:t>
      </w:r>
      <w:r w:rsidRPr="00B37F1E">
        <w:rPr>
          <w:rFonts w:ascii="Times New Roman" w:hAnsi="Times New Roman" w:cs="Times New Roman"/>
          <w:sz w:val="24"/>
          <w:szCs w:val="24"/>
          <w:lang w:val="en-IE"/>
        </w:rPr>
        <w:t>, when the ball is at the same height as the hoop.</w:t>
      </w:r>
    </w:p>
    <w:p w:rsidR="006A34CF" w:rsidRPr="00B37F1E" w:rsidRDefault="001E4255" w:rsidP="00B37F1E">
      <w:pPr>
        <w:pStyle w:val="NoSpacing"/>
        <w:numPr>
          <w:ilvl w:val="0"/>
          <w:numId w:val="19"/>
        </w:numPr>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Calculate the basketball’s horizontal displacement from </w:t>
      </w:r>
      <w:r w:rsidRPr="00B37F1E">
        <w:rPr>
          <w:rFonts w:ascii="Cambria Math" w:hAnsi="Cambria Math" w:cs="Cambria Math"/>
          <w:sz w:val="24"/>
          <w:szCs w:val="24"/>
          <w:lang w:val="en-IE"/>
        </w:rPr>
        <w:t>𝑃</w:t>
      </w:r>
      <w:r w:rsidRPr="00B37F1E">
        <w:rPr>
          <w:rFonts w:ascii="Times New Roman" w:hAnsi="Times New Roman" w:cs="Times New Roman"/>
          <w:sz w:val="24"/>
          <w:szCs w:val="24"/>
          <w:lang w:val="en-IE"/>
        </w:rPr>
        <w:t xml:space="preserve">, at </w:t>
      </w:r>
      <w:r w:rsidRPr="00B37F1E">
        <w:rPr>
          <w:rFonts w:ascii="Cambria Math" w:hAnsi="Cambria Math" w:cs="Cambria Math"/>
          <w:sz w:val="24"/>
          <w:szCs w:val="24"/>
          <w:lang w:val="en-IE"/>
        </w:rPr>
        <w:t>𝑡</w:t>
      </w:r>
      <w:r w:rsidR="00BF7860" w:rsidRPr="00B37F1E">
        <w:rPr>
          <w:rFonts w:ascii="Times New Roman" w:eastAsia="Times New Roman" w:hAnsi="Times New Roman" w:cs="Times New Roman"/>
          <w:sz w:val="24"/>
          <w:szCs w:val="24"/>
          <w:vertAlign w:val="subscript"/>
          <w:lang w:val="en-IE"/>
        </w:rPr>
        <w:t>2</w:t>
      </w:r>
      <w:r w:rsidRPr="00B37F1E">
        <w:rPr>
          <w:rFonts w:ascii="Times New Roman" w:hAnsi="Times New Roman" w:cs="Times New Roman"/>
          <w:sz w:val="24"/>
          <w:szCs w:val="24"/>
          <w:lang w:val="en-IE"/>
        </w:rPr>
        <w:t>, the second time the ball is at the same height as the hoop.</w:t>
      </w:r>
    </w:p>
    <w:p w:rsidR="001E4255" w:rsidRPr="00B37F1E" w:rsidRDefault="001E4255" w:rsidP="00B37F1E">
      <w:pPr>
        <w:pStyle w:val="NoSpacing"/>
        <w:numPr>
          <w:ilvl w:val="0"/>
          <w:numId w:val="19"/>
        </w:numPr>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Hence, explain why the basketball will not enter the hoop, at </w:t>
      </w:r>
      <w:r w:rsidRPr="00B37F1E">
        <w:rPr>
          <w:rFonts w:ascii="Cambria Math" w:hAnsi="Cambria Math" w:cs="Cambria Math"/>
          <w:sz w:val="24"/>
          <w:szCs w:val="24"/>
          <w:lang w:val="en-IE"/>
        </w:rPr>
        <w:t>𝑡</w:t>
      </w:r>
      <w:r w:rsidR="00B37F1E" w:rsidRPr="00B37F1E">
        <w:rPr>
          <w:rFonts w:ascii="Times New Roman" w:hAnsi="Times New Roman" w:cs="Times New Roman"/>
          <w:sz w:val="24"/>
          <w:szCs w:val="24"/>
          <w:lang w:val="en-IE"/>
        </w:rPr>
        <w:t>2</w:t>
      </w:r>
      <w:r w:rsidRPr="00B37F1E">
        <w:rPr>
          <w:rFonts w:ascii="Times New Roman" w:hAnsi="Times New Roman" w:cs="Times New Roman"/>
          <w:sz w:val="24"/>
          <w:szCs w:val="24"/>
          <w:lang w:val="en-IE"/>
        </w:rPr>
        <w:t>.</w:t>
      </w:r>
    </w:p>
    <w:p w:rsidR="001E4255" w:rsidRPr="00B37F1E" w:rsidRDefault="001E4255" w:rsidP="00B37F1E">
      <w:pPr>
        <w:pStyle w:val="NoSpacing"/>
        <w:numPr>
          <w:ilvl w:val="0"/>
          <w:numId w:val="19"/>
        </w:numPr>
        <w:rPr>
          <w:rFonts w:ascii="Times New Roman" w:hAnsi="Times New Roman" w:cs="Times New Roman"/>
          <w:sz w:val="24"/>
          <w:szCs w:val="24"/>
          <w:lang w:val="en-IE"/>
        </w:rPr>
      </w:pPr>
      <w:r w:rsidRPr="00B37F1E">
        <w:rPr>
          <w:rFonts w:ascii="Times New Roman" w:hAnsi="Times New Roman" w:cs="Times New Roman"/>
          <w:sz w:val="24"/>
          <w:szCs w:val="24"/>
          <w:lang w:val="en-IE"/>
        </w:rPr>
        <w:t>After several more attempts, the basketball player starts to score the free throws consistently.</w:t>
      </w:r>
    </w:p>
    <w:p w:rsidR="001E4255" w:rsidRPr="00B37F1E" w:rsidRDefault="001E4255" w:rsidP="00B37F1E">
      <w:pPr>
        <w:pStyle w:val="NoSpacing"/>
        <w:ind w:left="360"/>
        <w:rPr>
          <w:rFonts w:ascii="Times New Roman" w:hAnsi="Times New Roman" w:cs="Times New Roman"/>
          <w:sz w:val="24"/>
          <w:szCs w:val="24"/>
        </w:rPr>
      </w:pPr>
      <w:r w:rsidRPr="00B37F1E">
        <w:rPr>
          <w:rFonts w:ascii="Times New Roman" w:hAnsi="Times New Roman" w:cs="Times New Roman"/>
          <w:sz w:val="24"/>
          <w:szCs w:val="24"/>
          <w:lang w:val="en-IE"/>
        </w:rPr>
        <w:t>Suggest one change the basketball player could have made to the throw, to achieve this.</w:t>
      </w:r>
    </w:p>
    <w:p w:rsidR="006A34CF" w:rsidRDefault="006A34CF" w:rsidP="00FE76B4">
      <w:pPr>
        <w:pStyle w:val="NoSpacing"/>
        <w:rPr>
          <w:rFonts w:ascii="Times New Roman" w:hAnsi="Times New Roman" w:cs="Times New Roman"/>
          <w:sz w:val="24"/>
          <w:szCs w:val="24"/>
        </w:rPr>
      </w:pPr>
    </w:p>
    <w:p w:rsidR="00FE76B4" w:rsidRPr="004D334A" w:rsidRDefault="00FE76B4" w:rsidP="00FE76B4">
      <w:pPr>
        <w:pStyle w:val="NoSpacing"/>
        <w:rPr>
          <w:rFonts w:ascii="Times New Roman" w:hAnsi="Times New Roman" w:cs="Times New Roman"/>
          <w:sz w:val="24"/>
          <w:szCs w:val="24"/>
        </w:rPr>
      </w:pPr>
    </w:p>
    <w:p w:rsidR="00FF5C81" w:rsidRDefault="00FF5C81">
      <w:pPr>
        <w:rPr>
          <w:rFonts w:ascii="Times New Roman" w:hAnsi="Times New Roman" w:cs="Times New Roman"/>
          <w:b/>
          <w:bCs/>
          <w:sz w:val="24"/>
          <w:szCs w:val="24"/>
          <w:lang w:val="en-IE"/>
        </w:rPr>
      </w:pPr>
      <w:r>
        <w:rPr>
          <w:rFonts w:ascii="Times New Roman" w:hAnsi="Times New Roman" w:cs="Times New Roman"/>
          <w:b/>
          <w:bCs/>
          <w:sz w:val="24"/>
          <w:szCs w:val="24"/>
          <w:lang w:val="en-IE"/>
        </w:rPr>
        <w:br w:type="page"/>
      </w:r>
    </w:p>
    <w:p w:rsidR="00483DFE" w:rsidRDefault="00B37F1E" w:rsidP="00B37F1E">
      <w:pPr>
        <w:pStyle w:val="NoSpacing"/>
        <w:rPr>
          <w:rFonts w:ascii="Times New Roman" w:hAnsi="Times New Roman" w:cs="Times New Roman"/>
          <w:b/>
          <w:bCs/>
          <w:sz w:val="24"/>
          <w:szCs w:val="24"/>
          <w:lang w:val="en-IE"/>
        </w:rPr>
      </w:pPr>
      <w:r w:rsidRPr="00B37F1E">
        <w:rPr>
          <w:rFonts w:ascii="Times New Roman" w:hAnsi="Times New Roman" w:cs="Times New Roman"/>
          <w:b/>
          <w:bCs/>
          <w:sz w:val="24"/>
          <w:szCs w:val="24"/>
          <w:lang w:val="en-IE"/>
        </w:rPr>
        <w:lastRenderedPageBreak/>
        <w:t>Question 5</w:t>
      </w:r>
      <w:r w:rsidR="00483DFE">
        <w:rPr>
          <w:rFonts w:ascii="Times New Roman" w:hAnsi="Times New Roman" w:cs="Times New Roman"/>
          <w:b/>
          <w:bCs/>
          <w:sz w:val="24"/>
          <w:szCs w:val="24"/>
          <w:lang w:val="en-IE"/>
        </w:rPr>
        <w:t xml:space="preserve"> </w:t>
      </w:r>
      <w:r w:rsidRPr="00B37F1E">
        <w:rPr>
          <w:rFonts w:ascii="Times New Roman" w:hAnsi="Times New Roman" w:cs="Times New Roman"/>
          <w:b/>
          <w:bCs/>
          <w:sz w:val="24"/>
          <w:szCs w:val="24"/>
          <w:lang w:val="en-IE"/>
        </w:rPr>
        <w:t xml:space="preserve">(a) </w:t>
      </w:r>
    </w:p>
    <w:p w:rsidR="004D334A" w:rsidRDefault="00483DFE" w:rsidP="00B37F1E">
      <w:pPr>
        <w:pStyle w:val="NoSpacing"/>
        <w:rPr>
          <w:rFonts w:ascii="Times New Roman" w:hAnsi="Times New Roman" w:cs="Times New Roman"/>
          <w:sz w:val="24"/>
          <w:szCs w:val="24"/>
        </w:rPr>
      </w:pPr>
      <w:r w:rsidRPr="00B37F1E">
        <w:rPr>
          <w:rFonts w:ascii="Times New Roman" w:hAnsi="Times New Roman" w:cs="Times New Roman"/>
          <w:sz w:val="24"/>
          <w:szCs w:val="24"/>
        </w:rPr>
        <w:drawing>
          <wp:anchor distT="0" distB="0" distL="114300" distR="114300" simplePos="0" relativeHeight="251638272" behindDoc="0" locked="0" layoutInCell="1" allowOverlap="1">
            <wp:simplePos x="0" y="0"/>
            <wp:positionH relativeFrom="column">
              <wp:posOffset>2724150</wp:posOffset>
            </wp:positionH>
            <wp:positionV relativeFrom="paragraph">
              <wp:posOffset>8890</wp:posOffset>
            </wp:positionV>
            <wp:extent cx="1644735" cy="99700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4735" cy="997001"/>
                    </a:xfrm>
                    <a:prstGeom prst="rect">
                      <a:avLst/>
                    </a:prstGeom>
                  </pic:spPr>
                </pic:pic>
              </a:graphicData>
            </a:graphic>
            <wp14:sizeRelH relativeFrom="margin">
              <wp14:pctWidth>0</wp14:pctWidth>
            </wp14:sizeRelH>
          </wp:anchor>
        </w:drawing>
      </w:r>
      <w:r w:rsidR="00B37F1E" w:rsidRPr="00B37F1E">
        <w:rPr>
          <w:rFonts w:ascii="Times New Roman" w:hAnsi="Times New Roman" w:cs="Times New Roman"/>
          <w:sz w:val="24"/>
          <w:szCs w:val="24"/>
          <w:lang w:val="en-IE"/>
        </w:rPr>
        <w:t xml:space="preserve">The adjacency matrix </w:t>
      </w:r>
      <w:r w:rsidR="00B37F1E" w:rsidRPr="00B37F1E">
        <w:rPr>
          <w:rFonts w:ascii="Cambria Math" w:hAnsi="Cambria Math" w:cs="Cambria Math"/>
          <w:sz w:val="24"/>
          <w:szCs w:val="24"/>
          <w:lang w:val="en-IE"/>
        </w:rPr>
        <w:t>𝑀</w:t>
      </w:r>
      <w:r w:rsidR="00B37F1E" w:rsidRPr="00B37F1E">
        <w:rPr>
          <w:rFonts w:ascii="Times New Roman" w:hAnsi="Times New Roman" w:cs="Times New Roman"/>
          <w:sz w:val="24"/>
          <w:szCs w:val="24"/>
          <w:lang w:val="en-IE"/>
        </w:rPr>
        <w:t xml:space="preserve"> is given as</w:t>
      </w:r>
    </w:p>
    <w:p w:rsidR="004D334A" w:rsidRDefault="004D334A"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483DFE">
      <w:pPr>
        <w:pStyle w:val="NoSpacing"/>
        <w:numPr>
          <w:ilvl w:val="0"/>
          <w:numId w:val="37"/>
        </w:numPr>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Draw a suitable graph to represent the adjacency matrix </w:t>
      </w:r>
      <w:r w:rsidRPr="00B37F1E">
        <w:rPr>
          <w:rFonts w:ascii="Cambria Math" w:hAnsi="Cambria Math" w:cs="Cambria Math"/>
          <w:sz w:val="24"/>
          <w:szCs w:val="24"/>
          <w:lang w:val="en-IE"/>
        </w:rPr>
        <w:t>𝑀</w:t>
      </w:r>
      <w:r w:rsidRPr="00B37F1E">
        <w:rPr>
          <w:rFonts w:ascii="Times New Roman" w:hAnsi="Times New Roman" w:cs="Times New Roman"/>
          <w:sz w:val="24"/>
          <w:szCs w:val="24"/>
          <w:lang w:val="en-IE"/>
        </w:rPr>
        <w:t>.</w:t>
      </w:r>
    </w:p>
    <w:p w:rsidR="00B37F1E" w:rsidRDefault="00B37F1E" w:rsidP="00B37F1E">
      <w:pPr>
        <w:pStyle w:val="NoSpacing"/>
        <w:rPr>
          <w:rFonts w:ascii="Times New Roman" w:hAnsi="Times New Roman" w:cs="Times New Roman"/>
          <w:sz w:val="24"/>
          <w:szCs w:val="24"/>
        </w:rPr>
      </w:pPr>
    </w:p>
    <w:p w:rsidR="00483DFE" w:rsidRDefault="00483DFE" w:rsidP="00B37F1E">
      <w:pPr>
        <w:pStyle w:val="NoSpacing"/>
        <w:rPr>
          <w:rFonts w:ascii="Times New Roman" w:hAnsi="Times New Roman" w:cs="Times New Roman"/>
          <w:sz w:val="24"/>
          <w:szCs w:val="24"/>
        </w:rPr>
      </w:pPr>
      <w:r w:rsidRPr="00B37F1E">
        <w:rPr>
          <w:rFonts w:ascii="Times New Roman" w:hAnsi="Times New Roman" w:cs="Times New Roman"/>
          <w:sz w:val="24"/>
          <w:szCs w:val="24"/>
        </w:rPr>
        <w:drawing>
          <wp:anchor distT="0" distB="0" distL="114300" distR="114300" simplePos="0" relativeHeight="251641344" behindDoc="0" locked="0" layoutInCell="1" allowOverlap="1">
            <wp:simplePos x="0" y="0"/>
            <wp:positionH relativeFrom="column">
              <wp:posOffset>2095500</wp:posOffset>
            </wp:positionH>
            <wp:positionV relativeFrom="paragraph">
              <wp:posOffset>8255</wp:posOffset>
            </wp:positionV>
            <wp:extent cx="3352972" cy="255283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52972" cy="2552831"/>
                    </a:xfrm>
                    <a:prstGeom prst="rect">
                      <a:avLst/>
                    </a:prstGeom>
                  </pic:spPr>
                </pic:pic>
              </a:graphicData>
            </a:graphic>
          </wp:anchor>
        </w:drawing>
      </w:r>
    </w:p>
    <w:p w:rsidR="00483DFE" w:rsidRDefault="00483DFE" w:rsidP="00B37F1E">
      <w:pPr>
        <w:pStyle w:val="NoSpacing"/>
        <w:rPr>
          <w:rFonts w:ascii="Times New Roman" w:hAnsi="Times New Roman" w:cs="Times New Roman"/>
          <w:sz w:val="24"/>
          <w:szCs w:val="24"/>
        </w:rPr>
      </w:pPr>
    </w:p>
    <w:p w:rsidR="00483DFE" w:rsidRDefault="00483DF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r w:rsidRPr="00B37F1E">
        <w:rPr>
          <w:rFonts w:ascii="Times New Roman" w:hAnsi="Times New Roman" w:cs="Times New Roman"/>
          <w:sz w:val="24"/>
          <w:szCs w:val="24"/>
        </w:rPr>
        <w:drawing>
          <wp:anchor distT="0" distB="0" distL="114300" distR="114300" simplePos="0" relativeHeight="251643392" behindDoc="0" locked="0" layoutInCell="1" allowOverlap="1">
            <wp:simplePos x="0" y="0"/>
            <wp:positionH relativeFrom="column">
              <wp:posOffset>2800350</wp:posOffset>
            </wp:positionH>
            <wp:positionV relativeFrom="paragraph">
              <wp:posOffset>96520</wp:posOffset>
            </wp:positionV>
            <wp:extent cx="857294" cy="400071"/>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7294" cy="400071"/>
                    </a:xfrm>
                    <a:prstGeom prst="rect">
                      <a:avLst/>
                    </a:prstGeom>
                  </pic:spPr>
                </pic:pic>
              </a:graphicData>
            </a:graphic>
          </wp:anchor>
        </w:drawing>
      </w:r>
    </w:p>
    <w:p w:rsidR="00B37F1E" w:rsidRDefault="00B37F1E" w:rsidP="00483DFE">
      <w:pPr>
        <w:pStyle w:val="NoSpacing"/>
        <w:numPr>
          <w:ilvl w:val="0"/>
          <w:numId w:val="37"/>
        </w:numPr>
        <w:rPr>
          <w:rFonts w:ascii="Times New Roman" w:hAnsi="Times New Roman" w:cs="Times New Roman"/>
          <w:sz w:val="24"/>
          <w:szCs w:val="24"/>
        </w:rPr>
      </w:pPr>
      <w:r w:rsidRPr="00B37F1E">
        <w:rPr>
          <w:rFonts w:ascii="Times New Roman" w:hAnsi="Times New Roman" w:cs="Times New Roman"/>
          <w:sz w:val="24"/>
          <w:szCs w:val="24"/>
          <w:lang w:val="en-IE"/>
        </w:rPr>
        <w:t xml:space="preserve">Another adjacency matrix </w:t>
      </w:r>
      <w:r w:rsidRPr="00B37F1E">
        <w:rPr>
          <w:rFonts w:ascii="Cambria Math" w:hAnsi="Cambria Math" w:cs="Cambria Math"/>
          <w:sz w:val="24"/>
          <w:szCs w:val="24"/>
          <w:lang w:val="en-IE"/>
        </w:rPr>
        <w:t>𝑁</w:t>
      </w:r>
      <w:r w:rsidRPr="00B37F1E">
        <w:rPr>
          <w:rFonts w:ascii="Times New Roman" w:hAnsi="Times New Roman" w:cs="Times New Roman"/>
          <w:sz w:val="24"/>
          <w:szCs w:val="24"/>
          <w:lang w:val="en-IE"/>
        </w:rPr>
        <w:t xml:space="preserve"> is given as</w:t>
      </w:r>
    </w:p>
    <w:p w:rsidR="00B37F1E" w:rsidRDefault="00B37F1E" w:rsidP="00B37F1E">
      <w:pPr>
        <w:pStyle w:val="NoSpacing"/>
        <w:rPr>
          <w:rFonts w:ascii="Times New Roman" w:hAnsi="Times New Roman" w:cs="Times New Roman"/>
          <w:sz w:val="24"/>
          <w:szCs w:val="24"/>
        </w:rPr>
      </w:pPr>
    </w:p>
    <w:p w:rsidR="00B37F1E" w:rsidRDefault="00B37F1E" w:rsidP="00483DFE">
      <w:pPr>
        <w:pStyle w:val="NoSpacing"/>
        <w:ind w:left="360"/>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Calculate </w:t>
      </w:r>
      <w:r w:rsidRPr="00B37F1E">
        <w:rPr>
          <w:rFonts w:ascii="Cambria Math" w:hAnsi="Cambria Math" w:cs="Cambria Math"/>
          <w:sz w:val="24"/>
          <w:szCs w:val="24"/>
          <w:lang w:val="en-IE"/>
        </w:rPr>
        <w:t>𝑁</w:t>
      </w:r>
      <w:r w:rsidRPr="00B37F1E">
        <w:rPr>
          <w:rFonts w:ascii="Times New Roman" w:eastAsia="Times New Roman" w:hAnsi="Times New Roman" w:cs="Times New Roman"/>
          <w:sz w:val="24"/>
          <w:szCs w:val="24"/>
          <w:vertAlign w:val="superscript"/>
          <w:lang w:val="en-IE"/>
        </w:rPr>
        <w:t>2</w:t>
      </w:r>
      <w:r w:rsidRPr="00B37F1E">
        <w:rPr>
          <w:rFonts w:ascii="Times New Roman" w:hAnsi="Times New Roman" w:cs="Times New Roman"/>
          <w:sz w:val="24"/>
          <w:szCs w:val="24"/>
          <w:lang w:val="en-IE"/>
        </w:rPr>
        <w:t xml:space="preserve"> and explain what the entries in the matrix </w:t>
      </w:r>
      <w:r w:rsidRPr="00B37F1E">
        <w:rPr>
          <w:rFonts w:ascii="Cambria Math" w:hAnsi="Cambria Math" w:cs="Cambria Math"/>
          <w:sz w:val="24"/>
          <w:szCs w:val="24"/>
          <w:lang w:val="en-IE"/>
        </w:rPr>
        <w:t>𝑁</w:t>
      </w:r>
      <w:r w:rsidRPr="00B37F1E">
        <w:rPr>
          <w:rFonts w:ascii="Times New Roman" w:eastAsia="Times New Roman" w:hAnsi="Times New Roman" w:cs="Times New Roman"/>
          <w:sz w:val="24"/>
          <w:szCs w:val="24"/>
          <w:vertAlign w:val="superscript"/>
          <w:lang w:val="en-IE"/>
        </w:rPr>
        <w:t>2</w:t>
      </w:r>
      <w:r w:rsidRPr="00B37F1E">
        <w:rPr>
          <w:rFonts w:ascii="Times New Roman" w:hAnsi="Times New Roman" w:cs="Times New Roman"/>
          <w:sz w:val="24"/>
          <w:szCs w:val="24"/>
          <w:lang w:val="en-IE"/>
        </w:rPr>
        <w:t xml:space="preserve"> represent.</w:t>
      </w:r>
    </w:p>
    <w:p w:rsidR="00B37F1E" w:rsidRDefault="00B37F1E">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B37F1E" w:rsidRDefault="00483DFE" w:rsidP="00483DFE">
      <w:pPr>
        <w:pStyle w:val="NoSpacing"/>
        <w:rPr>
          <w:rFonts w:ascii="Times New Roman" w:hAnsi="Times New Roman" w:cs="Times New Roman"/>
          <w:b/>
          <w:bCs/>
          <w:sz w:val="24"/>
          <w:szCs w:val="24"/>
          <w:lang w:val="en-IE"/>
        </w:rPr>
      </w:pPr>
      <w:r w:rsidRPr="00B37F1E">
        <w:rPr>
          <w:rFonts w:ascii="Times New Roman" w:hAnsi="Times New Roman" w:cs="Times New Roman"/>
          <w:b/>
          <w:bCs/>
          <w:sz w:val="24"/>
          <w:szCs w:val="24"/>
          <w:lang w:val="en-IE"/>
        </w:rPr>
        <w:lastRenderedPageBreak/>
        <w:t>Question 5</w:t>
      </w:r>
      <w:r>
        <w:rPr>
          <w:rFonts w:ascii="Times New Roman" w:hAnsi="Times New Roman" w:cs="Times New Roman"/>
          <w:b/>
          <w:bCs/>
          <w:sz w:val="24"/>
          <w:szCs w:val="24"/>
          <w:lang w:val="en-IE"/>
        </w:rPr>
        <w:t xml:space="preserve"> </w:t>
      </w:r>
      <w:r>
        <w:rPr>
          <w:rFonts w:ascii="Times New Roman" w:hAnsi="Times New Roman" w:cs="Times New Roman"/>
          <w:b/>
          <w:bCs/>
          <w:sz w:val="24"/>
          <w:szCs w:val="24"/>
          <w:lang w:val="en-IE"/>
        </w:rPr>
        <w:t>(</w:t>
      </w:r>
      <w:r w:rsidR="00B37F1E" w:rsidRPr="00B37F1E">
        <w:rPr>
          <w:rFonts w:ascii="Times New Roman" w:hAnsi="Times New Roman" w:cs="Times New Roman"/>
          <w:b/>
          <w:bCs/>
          <w:sz w:val="24"/>
          <w:szCs w:val="24"/>
          <w:lang w:val="en-IE"/>
        </w:rPr>
        <w:t xml:space="preserve">b) </w:t>
      </w:r>
    </w:p>
    <w:p w:rsidR="00B37F1E" w:rsidRPr="00B37F1E" w:rsidRDefault="00B37F1E" w:rsidP="00B37F1E">
      <w:pPr>
        <w:pStyle w:val="NoSpacing"/>
        <w:rPr>
          <w:rFonts w:ascii="Times New Roman" w:hAnsi="Times New Roman" w:cs="Times New Roman"/>
          <w:sz w:val="24"/>
          <w:szCs w:val="24"/>
          <w:lang w:val="en-IE"/>
        </w:rPr>
      </w:pPr>
      <w:r w:rsidRPr="00B37F1E">
        <w:rPr>
          <w:rFonts w:ascii="Times New Roman" w:hAnsi="Times New Roman" w:cs="Times New Roman"/>
          <w:noProof/>
          <w:sz w:val="24"/>
          <w:szCs w:val="24"/>
          <w:lang w:val="en-IE" w:eastAsia="en-IE"/>
        </w:rPr>
        <w:drawing>
          <wp:anchor distT="0" distB="0" distL="114300" distR="114300" simplePos="0" relativeHeight="251646464" behindDoc="0" locked="0" layoutInCell="1" allowOverlap="1">
            <wp:simplePos x="0" y="0"/>
            <wp:positionH relativeFrom="column">
              <wp:posOffset>4088765</wp:posOffset>
            </wp:positionH>
            <wp:positionV relativeFrom="paragraph">
              <wp:posOffset>199390</wp:posOffset>
            </wp:positionV>
            <wp:extent cx="2922270" cy="1504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7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F1E">
        <w:rPr>
          <w:rFonts w:ascii="Times New Roman" w:hAnsi="Times New Roman" w:cs="Times New Roman"/>
          <w:sz w:val="24"/>
          <w:szCs w:val="24"/>
          <w:lang w:val="en-IE"/>
        </w:rPr>
        <w:t>Andrew is planning a three-week campervan</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trip around Connemara. He is looking to visit</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popular areas that have appropriate parking</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for his campervan.</w:t>
      </w:r>
    </w:p>
    <w:p w:rsidR="00B37F1E" w:rsidRPr="00B37F1E" w:rsidRDefault="00B37F1E" w:rsidP="00B37F1E">
      <w:pPr>
        <w:pStyle w:val="NoSpacing"/>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He will collect the campervan at location </w:t>
      </w:r>
      <w:r w:rsidRPr="00B37F1E">
        <w:rPr>
          <w:rFonts w:ascii="Cambria Math" w:hAnsi="Cambria Math" w:cs="Cambria Math"/>
          <w:sz w:val="24"/>
          <w:szCs w:val="24"/>
          <w:lang w:val="en-IE"/>
        </w:rPr>
        <w:t>𝐴</w:t>
      </w:r>
      <w:r w:rsidRPr="00B37F1E">
        <w:rPr>
          <w:rFonts w:ascii="Times New Roman" w:hAnsi="Times New Roman" w:cs="Times New Roman"/>
          <w:sz w:val="24"/>
          <w:szCs w:val="24"/>
          <w:lang w:val="en-IE"/>
        </w:rPr>
        <w:t xml:space="preserve"> at</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the start of week one and return it to location</w:t>
      </w:r>
    </w:p>
    <w:p w:rsidR="00B37F1E" w:rsidRPr="00B37F1E" w:rsidRDefault="00B37F1E" w:rsidP="00B37F1E">
      <w:pPr>
        <w:pStyle w:val="NoSpacing"/>
        <w:rPr>
          <w:rFonts w:ascii="Times New Roman" w:hAnsi="Times New Roman" w:cs="Times New Roman"/>
          <w:sz w:val="24"/>
          <w:szCs w:val="24"/>
          <w:lang w:val="en-IE"/>
        </w:rPr>
      </w:pPr>
      <w:r w:rsidRPr="00B37F1E">
        <w:rPr>
          <w:rFonts w:ascii="Cambria Math" w:hAnsi="Cambria Math" w:cs="Cambria Math"/>
          <w:sz w:val="24"/>
          <w:szCs w:val="24"/>
          <w:lang w:val="en-IE"/>
        </w:rPr>
        <w:t>𝐻</w:t>
      </w:r>
      <w:r w:rsidRPr="00B37F1E">
        <w:rPr>
          <w:rFonts w:ascii="Times New Roman" w:hAnsi="Times New Roman" w:cs="Times New Roman"/>
          <w:sz w:val="24"/>
          <w:szCs w:val="24"/>
          <w:lang w:val="en-IE"/>
        </w:rPr>
        <w:t xml:space="preserve"> </w:t>
      </w:r>
      <w:proofErr w:type="gramStart"/>
      <w:r w:rsidRPr="00B37F1E">
        <w:rPr>
          <w:rFonts w:ascii="Times New Roman" w:hAnsi="Times New Roman" w:cs="Times New Roman"/>
          <w:sz w:val="24"/>
          <w:szCs w:val="24"/>
          <w:lang w:val="en-IE"/>
        </w:rPr>
        <w:t>at</w:t>
      </w:r>
      <w:proofErr w:type="gramEnd"/>
      <w:r w:rsidRPr="00B37F1E">
        <w:rPr>
          <w:rFonts w:ascii="Times New Roman" w:hAnsi="Times New Roman" w:cs="Times New Roman"/>
          <w:sz w:val="24"/>
          <w:szCs w:val="24"/>
          <w:lang w:val="en-IE"/>
        </w:rPr>
        <w:t xml:space="preserve"> the end of week three.</w:t>
      </w:r>
    </w:p>
    <w:p w:rsidR="00B37F1E" w:rsidRDefault="00B37F1E" w:rsidP="00B37F1E">
      <w:pPr>
        <w:pStyle w:val="NoSpacing"/>
        <w:rPr>
          <w:rFonts w:ascii="Times New Roman" w:hAnsi="Times New Roman" w:cs="Times New Roman"/>
          <w:sz w:val="24"/>
          <w:szCs w:val="24"/>
          <w:lang w:val="en-IE"/>
        </w:rPr>
      </w:pPr>
      <w:r w:rsidRPr="00B37F1E">
        <w:rPr>
          <w:rFonts w:ascii="Times New Roman" w:hAnsi="Times New Roman" w:cs="Times New Roman"/>
          <w:sz w:val="24"/>
          <w:szCs w:val="24"/>
          <w:lang w:val="en-IE"/>
        </w:rPr>
        <w:t xml:space="preserve">He has the option of basing himself in location </w:t>
      </w:r>
      <w:r w:rsidRPr="00B37F1E">
        <w:rPr>
          <w:rFonts w:ascii="Cambria Math" w:hAnsi="Cambria Math" w:cs="Cambria Math"/>
          <w:sz w:val="24"/>
          <w:szCs w:val="24"/>
          <w:lang w:val="en-IE"/>
        </w:rPr>
        <w:t>𝐵</w:t>
      </w:r>
      <w:r w:rsidRPr="00B37F1E">
        <w:rPr>
          <w:rFonts w:ascii="Times New Roman" w:hAnsi="Times New Roman" w:cs="Times New Roman"/>
          <w:sz w:val="24"/>
          <w:szCs w:val="24"/>
          <w:lang w:val="en-IE"/>
        </w:rPr>
        <w:t xml:space="preserve">, </w:t>
      </w:r>
      <w:r w:rsidRPr="00B37F1E">
        <w:rPr>
          <w:rFonts w:ascii="Cambria Math" w:hAnsi="Cambria Math" w:cs="Cambria Math"/>
          <w:sz w:val="24"/>
          <w:szCs w:val="24"/>
          <w:lang w:val="en-IE"/>
        </w:rPr>
        <w:t>𝐶</w:t>
      </w:r>
      <w:r w:rsidRPr="00B37F1E">
        <w:rPr>
          <w:rFonts w:ascii="Times New Roman" w:hAnsi="Times New Roman" w:cs="Times New Roman"/>
          <w:sz w:val="24"/>
          <w:szCs w:val="24"/>
          <w:lang w:val="en-IE"/>
        </w:rPr>
        <w:t xml:space="preserve"> or </w:t>
      </w:r>
      <w:r w:rsidRPr="00B37F1E">
        <w:rPr>
          <w:rFonts w:ascii="Cambria Math" w:hAnsi="Cambria Math" w:cs="Cambria Math"/>
          <w:sz w:val="24"/>
          <w:szCs w:val="24"/>
          <w:lang w:val="en-IE"/>
        </w:rPr>
        <w:t>𝐷</w:t>
      </w:r>
      <w:r w:rsidRPr="00B37F1E">
        <w:rPr>
          <w:rFonts w:ascii="Times New Roman" w:hAnsi="Times New Roman" w:cs="Times New Roman"/>
          <w:sz w:val="24"/>
          <w:szCs w:val="24"/>
          <w:lang w:val="en-IE"/>
        </w:rPr>
        <w:t xml:space="preserve"> for week one. For week two his</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 xml:space="preserve">options are </w:t>
      </w:r>
      <w:r w:rsidRPr="00B37F1E">
        <w:rPr>
          <w:rFonts w:ascii="Cambria Math" w:hAnsi="Cambria Math" w:cs="Cambria Math"/>
          <w:sz w:val="24"/>
          <w:szCs w:val="24"/>
          <w:lang w:val="en-IE"/>
        </w:rPr>
        <w:t>𝐸</w:t>
      </w:r>
      <w:r w:rsidRPr="00B37F1E">
        <w:rPr>
          <w:rFonts w:ascii="Times New Roman" w:hAnsi="Times New Roman" w:cs="Times New Roman"/>
          <w:sz w:val="24"/>
          <w:szCs w:val="24"/>
          <w:lang w:val="en-IE"/>
        </w:rPr>
        <w:t xml:space="preserve">, </w:t>
      </w:r>
      <w:r w:rsidRPr="00B37F1E">
        <w:rPr>
          <w:rFonts w:ascii="Cambria Math" w:hAnsi="Cambria Math" w:cs="Cambria Math"/>
          <w:sz w:val="24"/>
          <w:szCs w:val="24"/>
          <w:lang w:val="en-IE"/>
        </w:rPr>
        <w:t>𝐹</w:t>
      </w:r>
      <w:r w:rsidRPr="00B37F1E">
        <w:rPr>
          <w:rFonts w:ascii="Times New Roman" w:hAnsi="Times New Roman" w:cs="Times New Roman"/>
          <w:sz w:val="24"/>
          <w:szCs w:val="24"/>
          <w:lang w:val="en-IE"/>
        </w:rPr>
        <w:t xml:space="preserve"> or </w:t>
      </w:r>
      <w:r w:rsidRPr="00B37F1E">
        <w:rPr>
          <w:rFonts w:ascii="Cambria Math" w:hAnsi="Cambria Math" w:cs="Cambria Math"/>
          <w:sz w:val="24"/>
          <w:szCs w:val="24"/>
          <w:lang w:val="en-IE"/>
        </w:rPr>
        <w:t>𝐺</w:t>
      </w:r>
      <w:r w:rsidRPr="00B37F1E">
        <w:rPr>
          <w:rFonts w:ascii="Times New Roman" w:hAnsi="Times New Roman" w:cs="Times New Roman"/>
          <w:sz w:val="24"/>
          <w:szCs w:val="24"/>
          <w:lang w:val="en-IE"/>
        </w:rPr>
        <w:t xml:space="preserve">. He will then need to return the campervan at location </w:t>
      </w:r>
      <w:r w:rsidRPr="00B37F1E">
        <w:rPr>
          <w:rFonts w:ascii="Cambria Math" w:hAnsi="Cambria Math" w:cs="Cambria Math"/>
          <w:sz w:val="24"/>
          <w:szCs w:val="24"/>
          <w:lang w:val="en-IE"/>
        </w:rPr>
        <w:t>𝐻</w:t>
      </w:r>
      <w:r w:rsidRPr="00B37F1E">
        <w:rPr>
          <w:rFonts w:ascii="Times New Roman" w:hAnsi="Times New Roman" w:cs="Times New Roman"/>
          <w:sz w:val="24"/>
          <w:szCs w:val="24"/>
          <w:lang w:val="en-IE"/>
        </w:rPr>
        <w:t xml:space="preserve"> at the end</w:t>
      </w:r>
      <w:r>
        <w:rPr>
          <w:rFonts w:ascii="Times New Roman" w:hAnsi="Times New Roman" w:cs="Times New Roman"/>
          <w:sz w:val="24"/>
          <w:szCs w:val="24"/>
          <w:lang w:val="en-IE"/>
        </w:rPr>
        <w:t xml:space="preserve"> </w:t>
      </w:r>
      <w:r w:rsidRPr="00B37F1E">
        <w:rPr>
          <w:rFonts w:ascii="Times New Roman" w:hAnsi="Times New Roman" w:cs="Times New Roman"/>
          <w:sz w:val="24"/>
          <w:szCs w:val="24"/>
          <w:lang w:val="en-IE"/>
        </w:rPr>
        <w:t>of week three.</w:t>
      </w:r>
    </w:p>
    <w:p w:rsidR="00B37F1E" w:rsidRPr="00B37F1E" w:rsidRDefault="00B37F1E" w:rsidP="00B37F1E">
      <w:pPr>
        <w:pStyle w:val="NoSpacing"/>
        <w:rPr>
          <w:rFonts w:ascii="Times New Roman" w:hAnsi="Times New Roman" w:cs="Times New Roman"/>
          <w:sz w:val="24"/>
          <w:szCs w:val="24"/>
          <w:lang w:val="en-IE"/>
        </w:rPr>
      </w:pPr>
    </w:p>
    <w:p w:rsidR="00B37F1E" w:rsidRDefault="00B37F1E" w:rsidP="00B37F1E">
      <w:pPr>
        <w:pStyle w:val="NoSpacing"/>
        <w:rPr>
          <w:rFonts w:ascii="Times New Roman" w:hAnsi="Times New Roman" w:cs="Times New Roman"/>
          <w:sz w:val="24"/>
          <w:szCs w:val="24"/>
        </w:rPr>
      </w:pPr>
      <w:r w:rsidRPr="00B37F1E">
        <w:rPr>
          <w:rFonts w:ascii="Times New Roman" w:hAnsi="Times New Roman" w:cs="Times New Roman"/>
          <w:sz w:val="24"/>
          <w:szCs w:val="24"/>
          <w:lang w:val="en-IE"/>
        </w:rPr>
        <w:t>Andrew draws the network shown below to help him design the best route.</w:t>
      </w:r>
    </w:p>
    <w:p w:rsidR="00B37F1E" w:rsidRDefault="00B37F1E" w:rsidP="00B37F1E">
      <w:pPr>
        <w:pStyle w:val="NoSpacing"/>
        <w:rPr>
          <w:rFonts w:ascii="Times New Roman" w:hAnsi="Times New Roman" w:cs="Times New Roman"/>
          <w:sz w:val="24"/>
          <w:szCs w:val="24"/>
        </w:rPr>
      </w:pPr>
      <w:r w:rsidRPr="00B37F1E">
        <w:rPr>
          <w:rFonts w:ascii="Times New Roman" w:hAnsi="Times New Roman" w:cs="Times New Roman"/>
          <w:sz w:val="24"/>
          <w:szCs w:val="24"/>
        </w:rPr>
        <w:drawing>
          <wp:anchor distT="0" distB="0" distL="114300" distR="114300" simplePos="0" relativeHeight="251648512" behindDoc="0" locked="0" layoutInCell="1" allowOverlap="1">
            <wp:simplePos x="0" y="0"/>
            <wp:positionH relativeFrom="column">
              <wp:posOffset>1162050</wp:posOffset>
            </wp:positionH>
            <wp:positionV relativeFrom="paragraph">
              <wp:posOffset>121285</wp:posOffset>
            </wp:positionV>
            <wp:extent cx="4216617" cy="314341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16617" cy="3143412"/>
                    </a:xfrm>
                    <a:prstGeom prst="rect">
                      <a:avLst/>
                    </a:prstGeom>
                  </pic:spPr>
                </pic:pic>
              </a:graphicData>
            </a:graphic>
          </wp:anchor>
        </w:drawing>
      </w: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rPr>
          <w:rFonts w:ascii="Times New Roman" w:hAnsi="Times New Roman" w:cs="Times New Roman"/>
          <w:sz w:val="24"/>
          <w:szCs w:val="24"/>
        </w:rPr>
      </w:pPr>
    </w:p>
    <w:p w:rsidR="00B37F1E" w:rsidRDefault="00B37F1E" w:rsidP="00B37F1E">
      <w:pPr>
        <w:pStyle w:val="NoSpacing"/>
      </w:pPr>
    </w:p>
    <w:p w:rsidR="00B37F1E" w:rsidRDefault="00B37F1E" w:rsidP="00B37F1E">
      <w:pPr>
        <w:pStyle w:val="NoSpacing"/>
      </w:pPr>
    </w:p>
    <w:p w:rsidR="00B37F1E" w:rsidRDefault="00B37F1E" w:rsidP="00B37F1E">
      <w:pPr>
        <w:pStyle w:val="NoSpacing"/>
      </w:pPr>
    </w:p>
    <w:p w:rsidR="00B37F1E" w:rsidRDefault="00B37F1E" w:rsidP="00B37F1E">
      <w:pPr>
        <w:pStyle w:val="NoSpacing"/>
      </w:pPr>
    </w:p>
    <w:p w:rsidR="00B37F1E" w:rsidRDefault="00B37F1E" w:rsidP="00B37F1E">
      <w:pPr>
        <w:pStyle w:val="NoSpacing"/>
      </w:pPr>
    </w:p>
    <w:p w:rsidR="00B37F1E" w:rsidRDefault="00B37F1E" w:rsidP="00B37F1E">
      <w:pPr>
        <w:pStyle w:val="NoSpacing"/>
      </w:pPr>
    </w:p>
    <w:p w:rsidR="00B37F1E" w:rsidRDefault="00B37F1E" w:rsidP="00B37F1E">
      <w:pPr>
        <w:pStyle w:val="NoSpacing"/>
        <w:rPr>
          <w:lang w:val="en-IE"/>
        </w:rPr>
      </w:pPr>
    </w:p>
    <w:p w:rsidR="00B37F1E" w:rsidRPr="00AE0801" w:rsidRDefault="00B37F1E"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The table below gives the distances in km between each of the locations.</w:t>
      </w:r>
    </w:p>
    <w:tbl>
      <w:tblPr>
        <w:tblStyle w:val="TableGrid"/>
        <w:tblpPr w:leftFromText="180" w:rightFromText="180" w:vertAnchor="page" w:horzAnchor="margin" w:tblpXSpec="center" w:tblpY="9851"/>
        <w:tblW w:w="0" w:type="auto"/>
        <w:tblLook w:val="04A0" w:firstRow="1" w:lastRow="0" w:firstColumn="1" w:lastColumn="0" w:noHBand="0" w:noVBand="1"/>
      </w:tblPr>
      <w:tblGrid>
        <w:gridCol w:w="1526"/>
        <w:gridCol w:w="1843"/>
        <w:gridCol w:w="283"/>
        <w:gridCol w:w="1559"/>
        <w:gridCol w:w="2127"/>
      </w:tblGrid>
      <w:tr w:rsidR="00AE0801" w:rsidRPr="00AE0801" w:rsidTr="00AE0801">
        <w:tc>
          <w:tcPr>
            <w:tcW w:w="1526" w:type="dxa"/>
            <w:shd w:val="clear" w:color="auto" w:fill="D9D9D9" w:themeFill="background1" w:themeFillShade="D9"/>
          </w:tcPr>
          <w:p w:rsidR="00AE0801" w:rsidRPr="00AE0801" w:rsidRDefault="00AE0801" w:rsidP="00AE0801">
            <w:pPr>
              <w:pStyle w:val="NoSpacing"/>
              <w:rPr>
                <w:rFonts w:ascii="Times New Roman" w:hAnsi="Times New Roman" w:cs="Times New Roman"/>
                <w:b/>
                <w:sz w:val="24"/>
                <w:szCs w:val="24"/>
                <w:lang w:val="en-IE"/>
              </w:rPr>
            </w:pPr>
            <w:r w:rsidRPr="00AE0801">
              <w:rPr>
                <w:rFonts w:ascii="Times New Roman" w:hAnsi="Times New Roman" w:cs="Times New Roman"/>
                <w:b/>
                <w:sz w:val="24"/>
                <w:szCs w:val="24"/>
                <w:lang w:val="en-IE"/>
              </w:rPr>
              <w:t>Journey</w:t>
            </w:r>
          </w:p>
        </w:tc>
        <w:tc>
          <w:tcPr>
            <w:tcW w:w="1843" w:type="dxa"/>
            <w:shd w:val="clear" w:color="auto" w:fill="D9D9D9" w:themeFill="background1" w:themeFillShade="D9"/>
          </w:tcPr>
          <w:p w:rsidR="00AE0801" w:rsidRPr="00AE0801" w:rsidRDefault="00AE0801" w:rsidP="00AE0801">
            <w:pPr>
              <w:pStyle w:val="NoSpacing"/>
              <w:rPr>
                <w:rFonts w:ascii="Times New Roman" w:hAnsi="Times New Roman" w:cs="Times New Roman"/>
                <w:b/>
                <w:sz w:val="24"/>
                <w:szCs w:val="24"/>
                <w:lang w:val="en-IE"/>
              </w:rPr>
            </w:pPr>
            <w:r w:rsidRPr="00AE0801">
              <w:rPr>
                <w:rFonts w:ascii="Times New Roman" w:hAnsi="Times New Roman" w:cs="Times New Roman"/>
                <w:b/>
                <w:sz w:val="24"/>
                <w:szCs w:val="24"/>
                <w:lang w:val="en-IE"/>
              </w:rPr>
              <w:t>Distance in km</w:t>
            </w:r>
          </w:p>
        </w:tc>
        <w:tc>
          <w:tcPr>
            <w:tcW w:w="283" w:type="dxa"/>
            <w:shd w:val="clear" w:color="auto" w:fill="D9D9D9" w:themeFill="background1" w:themeFillShade="D9"/>
          </w:tcPr>
          <w:p w:rsidR="00AE0801" w:rsidRPr="00AE0801" w:rsidRDefault="00AE0801" w:rsidP="00AE0801">
            <w:pPr>
              <w:pStyle w:val="NoSpacing"/>
              <w:rPr>
                <w:rFonts w:ascii="Times New Roman" w:hAnsi="Times New Roman" w:cs="Times New Roman"/>
                <w:b/>
                <w:sz w:val="24"/>
                <w:szCs w:val="24"/>
                <w:lang w:val="en-IE"/>
              </w:rPr>
            </w:pPr>
          </w:p>
        </w:tc>
        <w:tc>
          <w:tcPr>
            <w:tcW w:w="1559" w:type="dxa"/>
            <w:shd w:val="clear" w:color="auto" w:fill="D9D9D9" w:themeFill="background1" w:themeFillShade="D9"/>
          </w:tcPr>
          <w:p w:rsidR="00AE0801" w:rsidRPr="00AE0801" w:rsidRDefault="00AE0801" w:rsidP="00AE0801">
            <w:pPr>
              <w:pStyle w:val="NoSpacing"/>
              <w:rPr>
                <w:rFonts w:ascii="Times New Roman" w:hAnsi="Times New Roman" w:cs="Times New Roman"/>
                <w:b/>
                <w:sz w:val="24"/>
                <w:szCs w:val="24"/>
                <w:lang w:val="en-IE"/>
              </w:rPr>
            </w:pPr>
            <w:r w:rsidRPr="00AE0801">
              <w:rPr>
                <w:rFonts w:ascii="Times New Roman" w:hAnsi="Times New Roman" w:cs="Times New Roman"/>
                <w:b/>
                <w:sz w:val="24"/>
                <w:szCs w:val="24"/>
                <w:lang w:val="en-IE"/>
              </w:rPr>
              <w:t>Journey</w:t>
            </w:r>
          </w:p>
        </w:tc>
        <w:tc>
          <w:tcPr>
            <w:tcW w:w="2127" w:type="dxa"/>
            <w:shd w:val="clear" w:color="auto" w:fill="D9D9D9" w:themeFill="background1" w:themeFillShade="D9"/>
          </w:tcPr>
          <w:p w:rsidR="00AE0801" w:rsidRPr="00AE0801" w:rsidRDefault="00AE0801" w:rsidP="00AE0801">
            <w:pPr>
              <w:pStyle w:val="NoSpacing"/>
              <w:rPr>
                <w:rFonts w:ascii="Times New Roman" w:hAnsi="Times New Roman" w:cs="Times New Roman"/>
                <w:b/>
                <w:sz w:val="24"/>
                <w:szCs w:val="24"/>
                <w:lang w:val="en-IE"/>
              </w:rPr>
            </w:pPr>
            <w:r w:rsidRPr="00AE0801">
              <w:rPr>
                <w:rFonts w:ascii="Times New Roman" w:hAnsi="Times New Roman" w:cs="Times New Roman"/>
                <w:b/>
                <w:sz w:val="24"/>
                <w:szCs w:val="24"/>
                <w:lang w:val="en-IE"/>
              </w:rPr>
              <w:t>Distance in km</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A to B</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13</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C to F</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16</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A to C</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12</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C to G</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13</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A to D</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14</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D to F</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14</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B to E</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16</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D to G</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13</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B to F</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14</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E to H</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13</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B to G</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11</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F to H</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16</w:t>
            </w:r>
          </w:p>
        </w:tc>
      </w:tr>
      <w:tr w:rsidR="00AE0801" w:rsidRPr="00AE0801" w:rsidTr="00AE0801">
        <w:tc>
          <w:tcPr>
            <w:tcW w:w="1526"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C to E</w:t>
            </w:r>
          </w:p>
        </w:tc>
        <w:tc>
          <w:tcPr>
            <w:tcW w:w="1843"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18</w:t>
            </w:r>
          </w:p>
        </w:tc>
        <w:tc>
          <w:tcPr>
            <w:tcW w:w="283" w:type="dxa"/>
          </w:tcPr>
          <w:p w:rsidR="00AE0801" w:rsidRPr="00AE0801" w:rsidRDefault="00AE0801" w:rsidP="00AE0801">
            <w:pPr>
              <w:pStyle w:val="NoSpacing"/>
              <w:jc w:val="center"/>
              <w:rPr>
                <w:rFonts w:ascii="Times New Roman" w:hAnsi="Times New Roman" w:cs="Times New Roman"/>
                <w:sz w:val="24"/>
                <w:szCs w:val="24"/>
                <w:lang w:val="en-IE"/>
              </w:rPr>
            </w:pPr>
          </w:p>
        </w:tc>
        <w:tc>
          <w:tcPr>
            <w:tcW w:w="1559"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G to H</w:t>
            </w:r>
          </w:p>
        </w:tc>
        <w:tc>
          <w:tcPr>
            <w:tcW w:w="2127" w:type="dxa"/>
          </w:tcPr>
          <w:p w:rsidR="00AE0801" w:rsidRPr="00AE0801" w:rsidRDefault="00AE0801" w:rsidP="00AE0801">
            <w:pPr>
              <w:pStyle w:val="NoSpacing"/>
              <w:jc w:val="center"/>
              <w:rPr>
                <w:rFonts w:ascii="Times New Roman" w:hAnsi="Times New Roman" w:cs="Times New Roman"/>
                <w:sz w:val="24"/>
                <w:szCs w:val="24"/>
                <w:lang w:val="en-IE"/>
              </w:rPr>
            </w:pPr>
            <w:r w:rsidRPr="00AE0801">
              <w:rPr>
                <w:rFonts w:ascii="Times New Roman" w:hAnsi="Times New Roman" w:cs="Times New Roman"/>
                <w:sz w:val="24"/>
                <w:szCs w:val="24"/>
                <w:lang w:val="en-IE"/>
              </w:rPr>
              <w:t>15</w:t>
            </w:r>
          </w:p>
        </w:tc>
      </w:tr>
    </w:tbl>
    <w:p w:rsidR="00B37F1E" w:rsidRPr="00AE0801" w:rsidRDefault="00B37F1E" w:rsidP="00AE0801">
      <w:pPr>
        <w:pStyle w:val="NoSpacing"/>
        <w:rPr>
          <w:rFonts w:ascii="Times New Roman" w:hAnsi="Times New Roman" w:cs="Times New Roman"/>
          <w:sz w:val="24"/>
          <w:szCs w:val="24"/>
          <w:lang w:val="en-IE"/>
        </w:rPr>
      </w:pPr>
    </w:p>
    <w:p w:rsidR="00B37F1E" w:rsidRPr="00AE0801" w:rsidRDefault="00B37F1E"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rPr>
      </w:pP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 xml:space="preserve">Use Bellman’s Principle of Optimality to calculate the path from location </w:t>
      </w:r>
      <w:r w:rsidRPr="00AE0801">
        <w:rPr>
          <w:rFonts w:ascii="Cambria Math" w:hAnsi="Cambria Math" w:cs="Cambria Math"/>
          <w:sz w:val="24"/>
          <w:szCs w:val="24"/>
          <w:lang w:val="en-IE"/>
        </w:rPr>
        <w:t>𝐴</w:t>
      </w:r>
      <w:r w:rsidRPr="00AE0801">
        <w:rPr>
          <w:rFonts w:ascii="Times New Roman" w:hAnsi="Times New Roman" w:cs="Times New Roman"/>
          <w:sz w:val="24"/>
          <w:szCs w:val="24"/>
          <w:lang w:val="en-IE"/>
        </w:rPr>
        <w:t xml:space="preserve"> to </w:t>
      </w:r>
      <w:r w:rsidRPr="00AE0801">
        <w:rPr>
          <w:rFonts w:ascii="Cambria Math" w:hAnsi="Cambria Math" w:cs="Cambria Math"/>
          <w:sz w:val="24"/>
          <w:szCs w:val="24"/>
          <w:lang w:val="en-IE"/>
        </w:rPr>
        <w:t>𝐻</w:t>
      </w:r>
      <w:r w:rsidRPr="00AE0801">
        <w:rPr>
          <w:rFonts w:ascii="Times New Roman" w:hAnsi="Times New Roman" w:cs="Times New Roman"/>
          <w:sz w:val="24"/>
          <w:szCs w:val="24"/>
          <w:lang w:val="en-IE"/>
        </w:rPr>
        <w:t xml:space="preserve"> which</w:t>
      </w:r>
      <w:r>
        <w:rPr>
          <w:rFonts w:ascii="Times New Roman" w:hAnsi="Times New Roman" w:cs="Times New Roman"/>
          <w:sz w:val="24"/>
          <w:szCs w:val="24"/>
          <w:lang w:val="en-IE"/>
        </w:rPr>
        <w:t xml:space="preserve"> </w:t>
      </w:r>
      <w:r w:rsidRPr="00AE0801">
        <w:rPr>
          <w:rFonts w:ascii="Times New Roman" w:hAnsi="Times New Roman" w:cs="Times New Roman"/>
          <w:sz w:val="24"/>
          <w:szCs w:val="24"/>
          <w:lang w:val="en-IE"/>
        </w:rPr>
        <w:t>minimises the distance Andrew needs to drive in the campervan.</w:t>
      </w:r>
    </w:p>
    <w:p w:rsid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Relevant supporting work must be shown.</w:t>
      </w:r>
    </w:p>
    <w:p w:rsidR="00AE0801" w:rsidRDefault="00AE0801" w:rsidP="00AE0801">
      <w:pPr>
        <w:pStyle w:val="NoSpacing"/>
        <w:rPr>
          <w:rFonts w:ascii="Times New Roman" w:hAnsi="Times New Roman" w:cs="Times New Roman"/>
          <w:sz w:val="24"/>
          <w:szCs w:val="24"/>
          <w:lang w:val="en-IE"/>
        </w:rPr>
      </w:pPr>
    </w:p>
    <w:p w:rsidR="00AE0801" w:rsidRDefault="00AE0801">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AE0801" w:rsidRPr="00AE0801" w:rsidRDefault="00AE0801" w:rsidP="00AE0801">
      <w:pPr>
        <w:pStyle w:val="NoSpacing"/>
        <w:rPr>
          <w:rFonts w:ascii="Times New Roman" w:hAnsi="Times New Roman" w:cs="Times New Roman"/>
          <w:b/>
          <w:sz w:val="24"/>
          <w:szCs w:val="24"/>
          <w:lang w:val="en-IE"/>
        </w:rPr>
      </w:pPr>
      <w:r w:rsidRPr="00AE0801">
        <w:rPr>
          <w:rFonts w:ascii="Times New Roman" w:hAnsi="Times New Roman" w:cs="Times New Roman"/>
          <w:b/>
          <w:sz w:val="24"/>
          <w:szCs w:val="24"/>
          <w:lang w:val="en-IE"/>
        </w:rPr>
        <w:lastRenderedPageBreak/>
        <w:t xml:space="preserve">Question 6 </w:t>
      </w:r>
      <w:r w:rsidRPr="00AE0801">
        <w:rPr>
          <w:rFonts w:ascii="Times New Roman" w:hAnsi="Times New Roman" w:cs="Times New Roman"/>
          <w:b/>
          <w:noProof/>
          <w:sz w:val="24"/>
          <w:szCs w:val="24"/>
          <w:lang w:val="en-IE" w:eastAsia="en-IE"/>
        </w:rPr>
        <w:drawing>
          <wp:anchor distT="0" distB="0" distL="114300" distR="114300" simplePos="0" relativeHeight="251654656" behindDoc="0" locked="0" layoutInCell="1" allowOverlap="1">
            <wp:simplePos x="0" y="0"/>
            <wp:positionH relativeFrom="column">
              <wp:posOffset>4802505</wp:posOffset>
            </wp:positionH>
            <wp:positionV relativeFrom="paragraph">
              <wp:posOffset>33020</wp:posOffset>
            </wp:positionV>
            <wp:extent cx="2156460" cy="24320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46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801">
        <w:rPr>
          <w:rFonts w:ascii="Times New Roman" w:hAnsi="Times New Roman" w:cs="Times New Roman"/>
          <w:b/>
          <w:sz w:val="24"/>
          <w:szCs w:val="24"/>
          <w:lang w:val="en-IE"/>
        </w:rPr>
        <w:t xml:space="preserve">(a) </w:t>
      </w:r>
    </w:p>
    <w:p w:rsidR="00AE0801" w:rsidRPr="00AE0801" w:rsidRDefault="00AE0801" w:rsidP="00AE0801">
      <w:pPr>
        <w:pStyle w:val="NoSpacing"/>
        <w:rPr>
          <w:rFonts w:ascii="Times New Roman" w:hAnsi="Times New Roman" w:cs="Times New Roman"/>
          <w:sz w:val="24"/>
          <w:szCs w:val="24"/>
          <w:lang w:val="en-IE"/>
        </w:rPr>
      </w:pP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Andrea wants to mathematically model the optimal route for a road trip, which involves visiting the five cities shown on the map.</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Andrea conducts research on Google Maps on a Sunday morning at 8 a.m.</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According to Google Maps, the estimated time, in minutes, needed to travel between any two of these cities is shown in the following table.</w:t>
      </w:r>
    </w:p>
    <w:p w:rsidR="00AE0801" w:rsidRPr="00AE0801" w:rsidRDefault="00AE0801" w:rsidP="00AE080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01"/>
        <w:gridCol w:w="1053"/>
        <w:gridCol w:w="1181"/>
        <w:gridCol w:w="1236"/>
        <w:gridCol w:w="1327"/>
        <w:gridCol w:w="1401"/>
      </w:tblGrid>
      <w:tr w:rsidR="00FF5C81" w:rsidTr="00AE0801">
        <w:tc>
          <w:tcPr>
            <w:tcW w:w="1836" w:type="dxa"/>
          </w:tcPr>
          <w:p w:rsidR="00AE0801" w:rsidRPr="00AE0801" w:rsidRDefault="00AE0801" w:rsidP="00AE0801">
            <w:pPr>
              <w:pStyle w:val="NoSpacing"/>
              <w:jc w:val="center"/>
              <w:rPr>
                <w:rFonts w:ascii="Times New Roman" w:hAnsi="Times New Roman" w:cs="Times New Roman"/>
                <w:b/>
                <w:sz w:val="24"/>
                <w:szCs w:val="24"/>
              </w:rPr>
            </w:pPr>
            <w:r w:rsidRPr="00AE0801">
              <w:rPr>
                <w:rFonts w:ascii="Times New Roman" w:hAnsi="Times New Roman" w:cs="Times New Roman"/>
                <w:b/>
                <w:sz w:val="24"/>
                <w:szCs w:val="24"/>
              </w:rPr>
              <w:t>Time (s)</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Cork</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Dublin</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Galway</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Limerick</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Waterford</w:t>
            </w:r>
          </w:p>
        </w:tc>
      </w:tr>
      <w:tr w:rsidR="00FF5C81" w:rsidTr="00AE0801">
        <w:tc>
          <w:tcPr>
            <w:tcW w:w="1836" w:type="dxa"/>
          </w:tcPr>
          <w:p w:rsidR="00AE0801" w:rsidRPr="00AE0801" w:rsidRDefault="00AE0801" w:rsidP="00AE0801">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Cork</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162</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147</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82</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105</w:t>
            </w:r>
          </w:p>
        </w:tc>
      </w:tr>
      <w:tr w:rsidR="00FF5C81" w:rsidTr="00AE0801">
        <w:tc>
          <w:tcPr>
            <w:tcW w:w="1836" w:type="dxa"/>
          </w:tcPr>
          <w:p w:rsidR="00AE0801" w:rsidRPr="00AE0801" w:rsidRDefault="00AE0801" w:rsidP="00AE0801">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Dublin</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162</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127</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114</w:t>
            </w:r>
          </w:p>
        </w:tc>
      </w:tr>
      <w:tr w:rsidR="00FF5C81" w:rsidTr="00AE0801">
        <w:tc>
          <w:tcPr>
            <w:tcW w:w="1836" w:type="dxa"/>
          </w:tcPr>
          <w:p w:rsidR="00AE0801" w:rsidRPr="00AE0801" w:rsidRDefault="00AE0801" w:rsidP="00AE0801">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Galway</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147</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182</w:t>
            </w:r>
          </w:p>
        </w:tc>
      </w:tr>
      <w:tr w:rsidR="00FF5C81" w:rsidTr="00AE0801">
        <w:tc>
          <w:tcPr>
            <w:tcW w:w="1836" w:type="dxa"/>
          </w:tcPr>
          <w:p w:rsidR="00AE0801" w:rsidRPr="00AE0801" w:rsidRDefault="00AE0801" w:rsidP="00AE0801">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Limerick</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82</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127</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118</w:t>
            </w:r>
          </w:p>
        </w:tc>
      </w:tr>
      <w:tr w:rsidR="00FF5C81" w:rsidTr="00AE0801">
        <w:tc>
          <w:tcPr>
            <w:tcW w:w="1836" w:type="dxa"/>
          </w:tcPr>
          <w:p w:rsidR="00AE0801" w:rsidRPr="00AE0801" w:rsidRDefault="00AE0801" w:rsidP="00AE0801">
            <w:pPr>
              <w:pStyle w:val="NoSpacing"/>
              <w:jc w:val="center"/>
              <w:rPr>
                <w:rFonts w:ascii="Times New Roman" w:hAnsi="Times New Roman" w:cs="Times New Roman"/>
                <w:i/>
                <w:sz w:val="24"/>
                <w:szCs w:val="24"/>
              </w:rPr>
            </w:pPr>
            <w:r w:rsidRPr="00AE0801">
              <w:rPr>
                <w:rFonts w:ascii="Times New Roman" w:hAnsi="Times New Roman" w:cs="Times New Roman"/>
                <w:i/>
                <w:sz w:val="24"/>
                <w:szCs w:val="24"/>
              </w:rPr>
              <w:t>Waterford</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105</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114</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182</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118</w:t>
            </w:r>
          </w:p>
        </w:tc>
        <w:tc>
          <w:tcPr>
            <w:tcW w:w="1836" w:type="dxa"/>
          </w:tcPr>
          <w:p w:rsidR="00AE0801" w:rsidRDefault="00AE0801" w:rsidP="00AE0801">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bl>
    <w:p w:rsidR="00AE0801" w:rsidRPr="00AE0801" w:rsidRDefault="00AE0801" w:rsidP="00AE0801">
      <w:pPr>
        <w:pStyle w:val="NoSpacing"/>
        <w:rPr>
          <w:rFonts w:ascii="Times New Roman" w:hAnsi="Times New Roman" w:cs="Times New Roman"/>
          <w:sz w:val="24"/>
          <w:szCs w:val="24"/>
        </w:rPr>
      </w:pPr>
    </w:p>
    <w:p w:rsidR="00AE0801" w:rsidRPr="00AE0801" w:rsidRDefault="00AE0801" w:rsidP="00483DFE">
      <w:pPr>
        <w:pStyle w:val="NoSpacing"/>
        <w:numPr>
          <w:ilvl w:val="0"/>
          <w:numId w:val="35"/>
        </w:numPr>
        <w:rPr>
          <w:rFonts w:ascii="Times New Roman" w:hAnsi="Times New Roman" w:cs="Times New Roman"/>
          <w:sz w:val="24"/>
          <w:szCs w:val="24"/>
          <w:lang w:val="en-IE"/>
        </w:rPr>
      </w:pPr>
      <w:r w:rsidRPr="00AE0801">
        <w:rPr>
          <w:rFonts w:ascii="Times New Roman" w:hAnsi="Times New Roman" w:cs="Times New Roman"/>
          <w:sz w:val="24"/>
          <w:szCs w:val="24"/>
          <w:lang w:val="en-IE"/>
        </w:rPr>
        <w:t>Draw a network to represent this information.</w:t>
      </w:r>
    </w:p>
    <w:p w:rsidR="00AE0801" w:rsidRDefault="00AE0801" w:rsidP="00483DFE">
      <w:pPr>
        <w:pStyle w:val="NoSpacing"/>
        <w:ind w:left="360"/>
        <w:rPr>
          <w:rFonts w:ascii="Times New Roman" w:hAnsi="Times New Roman" w:cs="Times New Roman"/>
          <w:sz w:val="24"/>
          <w:szCs w:val="24"/>
          <w:lang w:val="en-IE"/>
        </w:rPr>
      </w:pPr>
      <w:r w:rsidRPr="00AE0801">
        <w:rPr>
          <w:rFonts w:ascii="Times New Roman" w:hAnsi="Times New Roman" w:cs="Times New Roman"/>
          <w:sz w:val="24"/>
          <w:szCs w:val="24"/>
          <w:lang w:val="en-IE"/>
        </w:rPr>
        <w:t>On your network the weights of the edges should represent the times to travel between the</w:t>
      </w:r>
      <w:r>
        <w:rPr>
          <w:rFonts w:ascii="Times New Roman" w:hAnsi="Times New Roman" w:cs="Times New Roman"/>
          <w:sz w:val="24"/>
          <w:szCs w:val="24"/>
          <w:lang w:val="en-IE"/>
        </w:rPr>
        <w:t xml:space="preserve"> </w:t>
      </w:r>
      <w:r w:rsidRPr="00AE0801">
        <w:rPr>
          <w:rFonts w:ascii="Times New Roman" w:hAnsi="Times New Roman" w:cs="Times New Roman"/>
          <w:sz w:val="24"/>
          <w:szCs w:val="24"/>
          <w:lang w:val="en-IE"/>
        </w:rPr>
        <w:t>cities, which should be represented by labelled nodes.</w:t>
      </w:r>
    </w:p>
    <w:p w:rsidR="00AE0801" w:rsidRDefault="00AE0801" w:rsidP="00AE0801">
      <w:pPr>
        <w:pStyle w:val="NoSpacing"/>
        <w:rPr>
          <w:rFonts w:ascii="Times New Roman" w:hAnsi="Times New Roman" w:cs="Times New Roman"/>
          <w:sz w:val="24"/>
          <w:szCs w:val="24"/>
          <w:lang w:val="en-IE"/>
        </w:rPr>
      </w:pPr>
    </w:p>
    <w:p w:rsidR="00AE0801" w:rsidRDefault="00AE0801" w:rsidP="00AE0801">
      <w:pPr>
        <w:pStyle w:val="NoSpacing"/>
        <w:rPr>
          <w:rFonts w:ascii="Times New Roman" w:hAnsi="Times New Roman" w:cs="Times New Roman"/>
          <w:sz w:val="24"/>
          <w:szCs w:val="24"/>
          <w:lang w:val="en-IE"/>
        </w:rPr>
      </w:pPr>
    </w:p>
    <w:p w:rsidR="00AE0801" w:rsidRPr="00AE0801" w:rsidRDefault="00AE0801" w:rsidP="00483DFE">
      <w:pPr>
        <w:pStyle w:val="NoSpacing"/>
        <w:numPr>
          <w:ilvl w:val="0"/>
          <w:numId w:val="35"/>
        </w:numPr>
        <w:rPr>
          <w:rFonts w:ascii="Times New Roman" w:hAnsi="Times New Roman" w:cs="Times New Roman"/>
          <w:sz w:val="24"/>
          <w:szCs w:val="24"/>
          <w:lang w:val="en-IE"/>
        </w:rPr>
      </w:pPr>
      <w:r w:rsidRPr="00AE0801">
        <w:rPr>
          <w:rFonts w:ascii="Times New Roman" w:hAnsi="Times New Roman" w:cs="Times New Roman"/>
          <w:sz w:val="24"/>
          <w:szCs w:val="24"/>
          <w:lang w:val="en-IE"/>
        </w:rPr>
        <w:t>Andrea wants to minimise the amount of time travelling between the cities.</w:t>
      </w:r>
    </w:p>
    <w:p w:rsidR="00AE0801" w:rsidRPr="00AE0801" w:rsidRDefault="00AE0801" w:rsidP="00483DFE">
      <w:pPr>
        <w:pStyle w:val="NoSpacing"/>
        <w:ind w:left="360"/>
        <w:rPr>
          <w:rFonts w:ascii="Times New Roman" w:hAnsi="Times New Roman" w:cs="Times New Roman"/>
          <w:sz w:val="24"/>
          <w:szCs w:val="24"/>
          <w:lang w:val="en-IE"/>
        </w:rPr>
      </w:pPr>
      <w:r w:rsidRPr="00AE0801">
        <w:rPr>
          <w:rFonts w:ascii="Times New Roman" w:hAnsi="Times New Roman" w:cs="Times New Roman"/>
          <w:sz w:val="24"/>
          <w:szCs w:val="24"/>
          <w:lang w:val="en-IE"/>
        </w:rPr>
        <w:t>Using an appropriate algorithm, find the minimum spanning tree for this network.</w:t>
      </w:r>
    </w:p>
    <w:p w:rsidR="00AE0801" w:rsidRDefault="00AE0801" w:rsidP="00483DFE">
      <w:pPr>
        <w:pStyle w:val="NoSpacing"/>
        <w:ind w:left="360"/>
        <w:rPr>
          <w:rFonts w:ascii="Times New Roman" w:hAnsi="Times New Roman" w:cs="Times New Roman"/>
          <w:sz w:val="24"/>
          <w:szCs w:val="24"/>
          <w:lang w:val="en-IE"/>
        </w:rPr>
      </w:pPr>
      <w:r w:rsidRPr="00AE0801">
        <w:rPr>
          <w:rFonts w:ascii="Times New Roman" w:hAnsi="Times New Roman" w:cs="Times New Roman"/>
          <w:sz w:val="24"/>
          <w:szCs w:val="24"/>
          <w:lang w:val="en-IE"/>
        </w:rPr>
        <w:t>Name the algorithm you used. Relevant supporting work must be shown.</w:t>
      </w:r>
    </w:p>
    <w:p w:rsidR="00AE0801" w:rsidRDefault="00AE0801" w:rsidP="00AE0801">
      <w:pPr>
        <w:pStyle w:val="NoSpacing"/>
        <w:rPr>
          <w:rFonts w:ascii="Times New Roman" w:hAnsi="Times New Roman" w:cs="Times New Roman"/>
          <w:sz w:val="24"/>
          <w:szCs w:val="24"/>
          <w:lang w:val="en-IE"/>
        </w:rPr>
      </w:pPr>
    </w:p>
    <w:p w:rsidR="00AE0801" w:rsidRDefault="00AE0801" w:rsidP="00483DFE">
      <w:pPr>
        <w:pStyle w:val="NoSpacing"/>
        <w:numPr>
          <w:ilvl w:val="0"/>
          <w:numId w:val="35"/>
        </w:numPr>
        <w:rPr>
          <w:rFonts w:ascii="Times New Roman" w:hAnsi="Times New Roman" w:cs="Times New Roman"/>
          <w:sz w:val="24"/>
          <w:szCs w:val="24"/>
          <w:lang w:val="en-IE"/>
        </w:rPr>
      </w:pPr>
      <w:r w:rsidRPr="00AE0801">
        <w:rPr>
          <w:rFonts w:ascii="Times New Roman" w:hAnsi="Times New Roman" w:cs="Times New Roman"/>
          <w:sz w:val="24"/>
          <w:szCs w:val="24"/>
          <w:lang w:val="en-IE"/>
        </w:rPr>
        <w:t>Explain a limitation to Andrea’s model.</w:t>
      </w:r>
    </w:p>
    <w:p w:rsidR="00AE0801" w:rsidRDefault="00AE0801" w:rsidP="00AE0801">
      <w:pPr>
        <w:pStyle w:val="NoSpacing"/>
        <w:rPr>
          <w:rFonts w:ascii="Times New Roman" w:hAnsi="Times New Roman" w:cs="Times New Roman"/>
          <w:sz w:val="24"/>
          <w:szCs w:val="24"/>
          <w:lang w:val="en-IE"/>
        </w:rPr>
      </w:pPr>
    </w:p>
    <w:p w:rsidR="00F94CD6" w:rsidRDefault="00F94CD6">
      <w:pPr>
        <w:rPr>
          <w:rFonts w:ascii="Times New Roman" w:hAnsi="Times New Roman" w:cs="Times New Roman"/>
          <w:b/>
          <w:bCs/>
          <w:sz w:val="24"/>
          <w:szCs w:val="24"/>
          <w:lang w:val="en-IE"/>
        </w:rPr>
      </w:pPr>
      <w:r>
        <w:rPr>
          <w:rFonts w:ascii="Times New Roman" w:hAnsi="Times New Roman" w:cs="Times New Roman"/>
          <w:b/>
          <w:bCs/>
          <w:sz w:val="24"/>
          <w:szCs w:val="24"/>
          <w:lang w:val="en-IE"/>
        </w:rPr>
        <w:br w:type="page"/>
      </w:r>
    </w:p>
    <w:p w:rsidR="00F94CD6" w:rsidRDefault="00483DFE" w:rsidP="00AE0801">
      <w:pPr>
        <w:pStyle w:val="NoSpacing"/>
        <w:rPr>
          <w:rFonts w:ascii="Times New Roman" w:hAnsi="Times New Roman" w:cs="Times New Roman"/>
          <w:b/>
          <w:bCs/>
          <w:sz w:val="24"/>
          <w:szCs w:val="24"/>
          <w:lang w:val="en-IE"/>
        </w:rPr>
      </w:pPr>
      <w:r w:rsidRPr="00AE0801">
        <w:rPr>
          <w:rFonts w:ascii="Times New Roman" w:hAnsi="Times New Roman" w:cs="Times New Roman"/>
          <w:b/>
          <w:sz w:val="24"/>
          <w:szCs w:val="24"/>
          <w:lang w:val="en-IE"/>
        </w:rPr>
        <w:lastRenderedPageBreak/>
        <w:t xml:space="preserve">Question 6 </w:t>
      </w:r>
      <w:r>
        <w:rPr>
          <w:rFonts w:ascii="Times New Roman" w:hAnsi="Times New Roman" w:cs="Times New Roman"/>
          <w:b/>
          <w:sz w:val="24"/>
          <w:szCs w:val="24"/>
          <w:lang w:val="en-IE"/>
        </w:rPr>
        <w:t>(b</w:t>
      </w:r>
      <w:r w:rsidRPr="00AE0801">
        <w:rPr>
          <w:rFonts w:ascii="Times New Roman" w:hAnsi="Times New Roman" w:cs="Times New Roman"/>
          <w:b/>
          <w:sz w:val="24"/>
          <w:szCs w:val="24"/>
          <w:lang w:val="en-IE"/>
        </w:rPr>
        <w:t>)</w:t>
      </w:r>
      <w:r w:rsidRPr="00AE0801">
        <w:rPr>
          <w:rFonts w:ascii="Times New Roman" w:hAnsi="Times New Roman" w:cs="Times New Roman"/>
          <w:b/>
          <w:bCs/>
          <w:sz w:val="24"/>
          <w:szCs w:val="24"/>
          <w:lang w:val="en-IE"/>
        </w:rPr>
        <w:t xml:space="preserve"> </w:t>
      </w:r>
      <w:r w:rsidR="00AE0801" w:rsidRPr="00AE0801">
        <w:rPr>
          <w:rFonts w:ascii="Times New Roman" w:hAnsi="Times New Roman" w:cs="Times New Roman"/>
          <w:b/>
          <w:bCs/>
          <w:sz w:val="24"/>
          <w:szCs w:val="24"/>
          <w:lang w:val="en-IE"/>
        </w:rPr>
        <w:t xml:space="preserve"> </w:t>
      </w:r>
    </w:p>
    <w:p w:rsidR="00AE0801" w:rsidRPr="00AE0801" w:rsidRDefault="00F94CD6" w:rsidP="00AE0801">
      <w:pPr>
        <w:pStyle w:val="NoSpacing"/>
        <w:rPr>
          <w:rFonts w:ascii="Times New Roman" w:hAnsi="Times New Roman" w:cs="Times New Roman"/>
          <w:sz w:val="24"/>
          <w:szCs w:val="24"/>
          <w:lang w:val="en-IE"/>
        </w:rPr>
      </w:pPr>
      <w:r w:rsidRPr="00F94CD6">
        <w:rPr>
          <w:rFonts w:ascii="Times New Roman" w:hAnsi="Times New Roman" w:cs="Times New Roman"/>
          <w:noProof/>
          <w:sz w:val="24"/>
          <w:szCs w:val="24"/>
          <w:lang w:val="en-IE" w:eastAsia="en-IE"/>
        </w:rPr>
        <w:drawing>
          <wp:anchor distT="0" distB="0" distL="114300" distR="114300" simplePos="0" relativeHeight="251658752" behindDoc="0" locked="0" layoutInCell="1" allowOverlap="1">
            <wp:simplePos x="0" y="0"/>
            <wp:positionH relativeFrom="column">
              <wp:posOffset>5613400</wp:posOffset>
            </wp:positionH>
            <wp:positionV relativeFrom="paragraph">
              <wp:posOffset>160655</wp:posOffset>
            </wp:positionV>
            <wp:extent cx="1441450" cy="1422400"/>
            <wp:effectExtent l="0" t="0" r="635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1450" cy="1422400"/>
                    </a:xfrm>
                    <a:prstGeom prst="rect">
                      <a:avLst/>
                    </a:prstGeom>
                    <a:noFill/>
                    <a:ln>
                      <a:noFill/>
                    </a:ln>
                  </pic:spPr>
                </pic:pic>
              </a:graphicData>
            </a:graphic>
          </wp:anchor>
        </w:drawing>
      </w:r>
      <w:r w:rsidR="00AE0801" w:rsidRPr="00AE0801">
        <w:rPr>
          <w:rFonts w:ascii="Times New Roman" w:hAnsi="Times New Roman" w:cs="Times New Roman"/>
          <w:sz w:val="24"/>
          <w:szCs w:val="24"/>
          <w:lang w:val="en-IE"/>
        </w:rPr>
        <w:t>On her road trip Andrea comes across an unexpected road</w:t>
      </w:r>
      <w:r w:rsidR="00AE0801">
        <w:rPr>
          <w:rFonts w:ascii="Times New Roman" w:hAnsi="Times New Roman" w:cs="Times New Roman"/>
          <w:sz w:val="24"/>
          <w:szCs w:val="24"/>
          <w:lang w:val="en-IE"/>
        </w:rPr>
        <w:t xml:space="preserve"> </w:t>
      </w:r>
      <w:r w:rsidR="00AE0801" w:rsidRPr="00AE0801">
        <w:rPr>
          <w:rFonts w:ascii="Times New Roman" w:hAnsi="Times New Roman" w:cs="Times New Roman"/>
          <w:sz w:val="24"/>
          <w:szCs w:val="24"/>
          <w:lang w:val="en-IE"/>
        </w:rPr>
        <w:t>closure.</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In the network shown below, the edges represent roads</w:t>
      </w:r>
      <w:r>
        <w:rPr>
          <w:rFonts w:ascii="Times New Roman" w:hAnsi="Times New Roman" w:cs="Times New Roman"/>
          <w:sz w:val="24"/>
          <w:szCs w:val="24"/>
          <w:lang w:val="en-IE"/>
        </w:rPr>
        <w:t xml:space="preserve"> </w:t>
      </w:r>
      <w:r w:rsidRPr="00AE0801">
        <w:rPr>
          <w:rFonts w:ascii="Times New Roman" w:hAnsi="Times New Roman" w:cs="Times New Roman"/>
          <w:sz w:val="24"/>
          <w:szCs w:val="24"/>
          <w:lang w:val="en-IE"/>
        </w:rPr>
        <w:t>and the nodes represent junctions of two or more roads,</w:t>
      </w:r>
      <w:r w:rsidR="00F94CD6">
        <w:rPr>
          <w:rFonts w:ascii="Times New Roman" w:hAnsi="Times New Roman" w:cs="Times New Roman"/>
          <w:sz w:val="24"/>
          <w:szCs w:val="24"/>
          <w:lang w:val="en-IE"/>
        </w:rPr>
        <w:t xml:space="preserve"> </w:t>
      </w:r>
      <w:r w:rsidRPr="00AE0801">
        <w:rPr>
          <w:rFonts w:ascii="Times New Roman" w:hAnsi="Times New Roman" w:cs="Times New Roman"/>
          <w:sz w:val="24"/>
          <w:szCs w:val="24"/>
          <w:lang w:val="en-IE"/>
        </w:rPr>
        <w:t xml:space="preserve">labelled </w:t>
      </w:r>
      <w:r w:rsidRPr="00AE0801">
        <w:rPr>
          <w:rFonts w:ascii="Cambria Math" w:hAnsi="Cambria Math" w:cs="Cambria Math"/>
          <w:sz w:val="24"/>
          <w:szCs w:val="24"/>
          <w:lang w:val="en-IE"/>
        </w:rPr>
        <w:t>𝐴</w:t>
      </w:r>
      <w:r w:rsidRPr="00AE0801">
        <w:rPr>
          <w:rFonts w:ascii="Times New Roman" w:hAnsi="Times New Roman" w:cs="Times New Roman"/>
          <w:sz w:val="24"/>
          <w:szCs w:val="24"/>
          <w:lang w:val="en-IE"/>
        </w:rPr>
        <w:t xml:space="preserve"> to </w:t>
      </w:r>
      <w:r w:rsidRPr="00AE0801">
        <w:rPr>
          <w:rFonts w:ascii="Cambria Math" w:hAnsi="Cambria Math" w:cs="Cambria Math"/>
          <w:sz w:val="24"/>
          <w:szCs w:val="24"/>
          <w:lang w:val="en-IE"/>
        </w:rPr>
        <w:t>𝐻</w:t>
      </w:r>
      <w:r w:rsidRPr="00AE0801">
        <w:rPr>
          <w:rFonts w:ascii="Times New Roman" w:hAnsi="Times New Roman" w:cs="Times New Roman"/>
          <w:sz w:val="24"/>
          <w:szCs w:val="24"/>
          <w:lang w:val="en-IE"/>
        </w:rPr>
        <w:t>.</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 xml:space="preserve">Node </w:t>
      </w:r>
      <w:r w:rsidRPr="00AE0801">
        <w:rPr>
          <w:rFonts w:ascii="Cambria Math" w:hAnsi="Cambria Math" w:cs="Cambria Math"/>
          <w:sz w:val="24"/>
          <w:szCs w:val="24"/>
          <w:lang w:val="en-IE"/>
        </w:rPr>
        <w:t>𝐴</w:t>
      </w:r>
      <w:r w:rsidRPr="00AE0801">
        <w:rPr>
          <w:rFonts w:ascii="Times New Roman" w:hAnsi="Times New Roman" w:cs="Times New Roman"/>
          <w:sz w:val="24"/>
          <w:szCs w:val="24"/>
          <w:lang w:val="en-IE"/>
        </w:rPr>
        <w:t xml:space="preserve"> represents the junction where the road closure begins.</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The remaining roads available to travel on are represented by</w:t>
      </w:r>
      <w:r w:rsidR="00F94CD6">
        <w:rPr>
          <w:rFonts w:ascii="Times New Roman" w:hAnsi="Times New Roman" w:cs="Times New Roman"/>
          <w:sz w:val="24"/>
          <w:szCs w:val="24"/>
          <w:lang w:val="en-IE"/>
        </w:rPr>
        <w:t xml:space="preserve"> </w:t>
      </w:r>
      <w:r w:rsidRPr="00AE0801">
        <w:rPr>
          <w:rFonts w:ascii="Times New Roman" w:hAnsi="Times New Roman" w:cs="Times New Roman"/>
          <w:sz w:val="24"/>
          <w:szCs w:val="24"/>
          <w:lang w:val="en-IE"/>
        </w:rPr>
        <w:t xml:space="preserve">edges and node </w:t>
      </w:r>
      <w:r w:rsidRPr="00AE0801">
        <w:rPr>
          <w:rFonts w:ascii="Cambria Math" w:hAnsi="Cambria Math" w:cs="Cambria Math"/>
          <w:sz w:val="24"/>
          <w:szCs w:val="24"/>
          <w:lang w:val="en-IE"/>
        </w:rPr>
        <w:t>𝐻</w:t>
      </w:r>
      <w:r w:rsidRPr="00AE0801">
        <w:rPr>
          <w:rFonts w:ascii="Times New Roman" w:hAnsi="Times New Roman" w:cs="Times New Roman"/>
          <w:sz w:val="24"/>
          <w:szCs w:val="24"/>
          <w:lang w:val="en-IE"/>
        </w:rPr>
        <w:t xml:space="preserve"> represents the end of the road closure.</w:t>
      </w:r>
      <w:r w:rsidR="00F94CD6" w:rsidRPr="00F94CD6">
        <w:rPr>
          <w:rFonts w:ascii="Times New Roman" w:hAnsi="Times New Roman" w:cs="Times New Roman"/>
          <w:sz w:val="24"/>
          <w:szCs w:val="24"/>
          <w:lang w:val="en-IE"/>
        </w:rPr>
        <w:t xml:space="preserve"> </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 xml:space="preserve">Once Andrea reaches node </w:t>
      </w:r>
      <w:r w:rsidRPr="00AE0801">
        <w:rPr>
          <w:rFonts w:ascii="Cambria Math" w:hAnsi="Cambria Math" w:cs="Cambria Math"/>
          <w:sz w:val="24"/>
          <w:szCs w:val="24"/>
          <w:lang w:val="en-IE"/>
        </w:rPr>
        <w:t>𝐻</w:t>
      </w:r>
      <w:r w:rsidRPr="00AE0801">
        <w:rPr>
          <w:rFonts w:ascii="Times New Roman" w:hAnsi="Times New Roman" w:cs="Times New Roman"/>
          <w:sz w:val="24"/>
          <w:szCs w:val="24"/>
          <w:lang w:val="en-IE"/>
        </w:rPr>
        <w:t>, she is back on her original route.</w:t>
      </w:r>
    </w:p>
    <w:p w:rsidR="00AE0801" w:rsidRP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The time, in minutes, to travel between each junction is shown in the network below.</w:t>
      </w:r>
    </w:p>
    <w:p w:rsidR="00AE0801" w:rsidRDefault="00AE0801" w:rsidP="00AE0801">
      <w:pPr>
        <w:pStyle w:val="NoSpacing"/>
        <w:rPr>
          <w:rFonts w:ascii="Times New Roman" w:hAnsi="Times New Roman" w:cs="Times New Roman"/>
          <w:sz w:val="24"/>
          <w:szCs w:val="24"/>
          <w:lang w:val="en-IE"/>
        </w:rPr>
      </w:pPr>
      <w:r w:rsidRPr="00AE0801">
        <w:rPr>
          <w:rFonts w:ascii="Times New Roman" w:hAnsi="Times New Roman" w:cs="Times New Roman"/>
          <w:sz w:val="24"/>
          <w:szCs w:val="24"/>
          <w:lang w:val="en-IE"/>
        </w:rPr>
        <w:t>Andrea wants to take the shortest route, to minimise the disruption to her plan.</w:t>
      </w:r>
    </w:p>
    <w:p w:rsidR="00AE0801" w:rsidRDefault="00AE0801" w:rsidP="00AE0801">
      <w:pPr>
        <w:pStyle w:val="NoSpacing"/>
        <w:rPr>
          <w:rFonts w:ascii="Times New Roman" w:hAnsi="Times New Roman" w:cs="Times New Roman"/>
          <w:sz w:val="24"/>
          <w:szCs w:val="24"/>
          <w:lang w:val="en-IE"/>
        </w:rPr>
      </w:pPr>
    </w:p>
    <w:p w:rsidR="00F94CD6" w:rsidRDefault="00F94CD6" w:rsidP="00AE0801">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drawing>
          <wp:anchor distT="0" distB="0" distL="114300" distR="114300" simplePos="0" relativeHeight="251659264" behindDoc="0" locked="0" layoutInCell="1" allowOverlap="1">
            <wp:simplePos x="0" y="0"/>
            <wp:positionH relativeFrom="column">
              <wp:posOffset>1079500</wp:posOffset>
            </wp:positionH>
            <wp:positionV relativeFrom="paragraph">
              <wp:posOffset>23495</wp:posOffset>
            </wp:positionV>
            <wp:extent cx="4692650" cy="22440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92650" cy="2244090"/>
                    </a:xfrm>
                    <a:prstGeom prst="rect">
                      <a:avLst/>
                    </a:prstGeom>
                  </pic:spPr>
                </pic:pic>
              </a:graphicData>
            </a:graphic>
          </wp:anchor>
        </w:drawing>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Use </w:t>
      </w:r>
      <w:proofErr w:type="spellStart"/>
      <w:r w:rsidRPr="00F94CD6">
        <w:rPr>
          <w:rFonts w:ascii="Times New Roman" w:hAnsi="Times New Roman" w:cs="Times New Roman"/>
          <w:sz w:val="24"/>
          <w:szCs w:val="24"/>
          <w:lang w:val="en-IE"/>
        </w:rPr>
        <w:t>Dijkstra’s</w:t>
      </w:r>
      <w:proofErr w:type="spellEnd"/>
      <w:r w:rsidRPr="00F94CD6">
        <w:rPr>
          <w:rFonts w:ascii="Times New Roman" w:hAnsi="Times New Roman" w:cs="Times New Roman"/>
          <w:sz w:val="24"/>
          <w:szCs w:val="24"/>
          <w:lang w:val="en-IE"/>
        </w:rPr>
        <w:t xml:space="preserve"> algorithm to find the shortest path from junction </w:t>
      </w:r>
      <w:r w:rsidRPr="00F94CD6">
        <w:rPr>
          <w:rFonts w:ascii="Cambria Math" w:hAnsi="Cambria Math" w:cs="Cambria Math"/>
          <w:sz w:val="24"/>
          <w:szCs w:val="24"/>
          <w:lang w:val="en-IE"/>
        </w:rPr>
        <w:t>𝐴</w:t>
      </w:r>
      <w:r w:rsidRPr="00F94CD6">
        <w:rPr>
          <w:rFonts w:ascii="Times New Roman" w:hAnsi="Times New Roman" w:cs="Times New Roman"/>
          <w:sz w:val="24"/>
          <w:szCs w:val="24"/>
          <w:lang w:val="en-IE"/>
        </w:rPr>
        <w:t xml:space="preserve"> to junction </w:t>
      </w:r>
      <w:r w:rsidRPr="00F94CD6">
        <w:rPr>
          <w:rFonts w:ascii="Cambria Math" w:hAnsi="Cambria Math" w:cs="Cambria Math"/>
          <w:sz w:val="24"/>
          <w:szCs w:val="24"/>
          <w:lang w:val="en-IE"/>
        </w:rPr>
        <w:t>𝐻</w:t>
      </w:r>
      <w:r w:rsidRPr="00F94CD6">
        <w:rPr>
          <w:rFonts w:ascii="Times New Roman" w:hAnsi="Times New Roman" w:cs="Times New Roman"/>
          <w:sz w:val="24"/>
          <w:szCs w:val="24"/>
          <w:lang w:val="en-IE"/>
        </w:rPr>
        <w:t xml:space="preserve"> </w:t>
      </w:r>
      <w:r w:rsidRPr="00F94CD6">
        <w:rPr>
          <w:rFonts w:ascii="Times New Roman" w:hAnsi="Times New Roman" w:cs="Times New Roman"/>
          <w:b/>
          <w:bCs/>
          <w:sz w:val="24"/>
          <w:szCs w:val="24"/>
          <w:lang w:val="en-IE"/>
        </w:rPr>
        <w:t xml:space="preserve">and </w:t>
      </w:r>
      <w:r w:rsidRPr="00F94CD6">
        <w:rPr>
          <w:rFonts w:ascii="Times New Roman" w:hAnsi="Times New Roman" w:cs="Times New Roman"/>
          <w:sz w:val="24"/>
          <w:szCs w:val="24"/>
          <w:lang w:val="en-IE"/>
        </w:rPr>
        <w:t>calculate</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the shortest time. Relevant supporting work must be shown.</w:t>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F94CD6" w:rsidRPr="00F94CD6" w:rsidRDefault="00F94CD6" w:rsidP="00F94CD6">
      <w:pPr>
        <w:pStyle w:val="NoSpacing"/>
        <w:rPr>
          <w:rFonts w:ascii="Times New Roman" w:hAnsi="Times New Roman" w:cs="Times New Roman"/>
          <w:b/>
          <w:bCs/>
          <w:sz w:val="24"/>
          <w:szCs w:val="24"/>
          <w:lang w:val="en-IE"/>
        </w:rPr>
      </w:pPr>
      <w:r w:rsidRPr="00F94CD6">
        <w:rPr>
          <w:rFonts w:ascii="Times New Roman" w:hAnsi="Times New Roman" w:cs="Times New Roman"/>
          <w:b/>
          <w:bCs/>
          <w:sz w:val="24"/>
          <w:szCs w:val="24"/>
          <w:lang w:val="en-IE"/>
        </w:rPr>
        <w:lastRenderedPageBreak/>
        <w:t>Question 7</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A small smooth sphere, </w:t>
      </w:r>
      <w:r w:rsidRPr="00F94CD6">
        <w:rPr>
          <w:rFonts w:ascii="Cambria Math" w:hAnsi="Cambria Math" w:cs="Cambria Math"/>
          <w:sz w:val="24"/>
          <w:szCs w:val="24"/>
          <w:lang w:val="en-IE"/>
        </w:rPr>
        <w:t>𝐴</w:t>
      </w:r>
      <w:r w:rsidRPr="00F94CD6">
        <w:rPr>
          <w:rFonts w:ascii="Times New Roman" w:hAnsi="Times New Roman" w:cs="Times New Roman"/>
          <w:sz w:val="24"/>
          <w:szCs w:val="24"/>
          <w:lang w:val="en-IE"/>
        </w:rPr>
        <w:t>, of mass 4 kg travels with a constant speed of 5 m s</w:t>
      </w:r>
      <w:r w:rsidRPr="00F94CD6">
        <w:rPr>
          <w:rFonts w:ascii="Times New Roman" w:hAnsi="Times New Roman" w:cs="Times New Roman"/>
          <w:sz w:val="24"/>
          <w:szCs w:val="24"/>
          <w:vertAlign w:val="superscript"/>
          <w:lang w:val="en-IE"/>
        </w:rPr>
        <w:t>–1</w:t>
      </w:r>
      <w:r w:rsidRPr="00F94CD6">
        <w:rPr>
          <w:rFonts w:ascii="Times New Roman" w:hAnsi="Times New Roman" w:cs="Times New Roman"/>
          <w:sz w:val="24"/>
          <w:szCs w:val="24"/>
          <w:lang w:val="en-IE"/>
        </w:rPr>
        <w:t>.</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It collides with another small smooth sphere, </w:t>
      </w:r>
      <w:r w:rsidRPr="00F94CD6">
        <w:rPr>
          <w:rFonts w:ascii="Cambria Math" w:hAnsi="Cambria Math" w:cs="Cambria Math"/>
          <w:sz w:val="24"/>
          <w:szCs w:val="24"/>
          <w:lang w:val="en-IE"/>
        </w:rPr>
        <w:t>𝐵</w:t>
      </w:r>
      <w:r w:rsidRPr="00F94CD6">
        <w:rPr>
          <w:rFonts w:ascii="Times New Roman" w:hAnsi="Times New Roman" w:cs="Times New Roman"/>
          <w:sz w:val="24"/>
          <w:szCs w:val="24"/>
          <w:lang w:val="en-IE"/>
        </w:rPr>
        <w:t>, of mass 6 kg travelling in the same direction with</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 speed of 2.5 m s</w:t>
      </w:r>
      <w:r w:rsidRPr="00F94CD6">
        <w:rPr>
          <w:rFonts w:ascii="Times New Roman" w:hAnsi="Times New Roman" w:cs="Times New Roman"/>
          <w:sz w:val="24"/>
          <w:szCs w:val="24"/>
          <w:vertAlign w:val="superscript"/>
          <w:lang w:val="en-IE"/>
        </w:rPr>
        <w:t>–1</w:t>
      </w:r>
      <w:r w:rsidRPr="00F94CD6">
        <w:rPr>
          <w:rFonts w:ascii="Times New Roman" w:hAnsi="Times New Roman" w:cs="Times New Roman"/>
          <w:sz w:val="24"/>
          <w:szCs w:val="24"/>
          <w:lang w:val="en-IE"/>
        </w:rPr>
        <w:t>.</w:t>
      </w:r>
    </w:p>
    <w:p w:rsid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The coefficient of restitution between the spheres is </w:t>
      </w:r>
      <w:r w:rsidRPr="00F94CD6">
        <w:rPr>
          <w:rFonts w:ascii="Cambria Math" w:hAnsi="Cambria Math" w:cs="Cambria Math"/>
          <w:sz w:val="24"/>
          <w:szCs w:val="24"/>
          <w:lang w:val="en-IE"/>
        </w:rPr>
        <w:t>𝑒</w:t>
      </w:r>
      <w:r w:rsidRPr="00F94CD6">
        <w:rPr>
          <w:rFonts w:ascii="Times New Roman" w:hAnsi="Times New Roman" w:cs="Times New Roman"/>
          <w:sz w:val="24"/>
          <w:szCs w:val="24"/>
          <w:lang w:val="en-IE"/>
        </w:rPr>
        <w:t>.</w:t>
      </w:r>
    </w:p>
    <w:p w:rsid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drawing>
          <wp:anchor distT="0" distB="0" distL="114300" distR="114300" simplePos="0" relativeHeight="251660800" behindDoc="0" locked="0" layoutInCell="1" allowOverlap="1">
            <wp:simplePos x="0" y="0"/>
            <wp:positionH relativeFrom="column">
              <wp:posOffset>2044700</wp:posOffset>
            </wp:positionH>
            <wp:positionV relativeFrom="paragraph">
              <wp:posOffset>123190</wp:posOffset>
            </wp:positionV>
            <wp:extent cx="2876698" cy="101605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76698" cy="1016052"/>
                    </a:xfrm>
                    <a:prstGeom prst="rect">
                      <a:avLst/>
                    </a:prstGeom>
                  </pic:spPr>
                </pic:pic>
              </a:graphicData>
            </a:graphic>
          </wp:anchor>
        </w:drawing>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Pr="00F94CD6" w:rsidRDefault="00F94CD6" w:rsidP="00F94CD6">
      <w:pPr>
        <w:pStyle w:val="NoSpacing"/>
        <w:rPr>
          <w:rFonts w:ascii="Times New Roman" w:hAnsi="Times New Roman" w:cs="Times New Roman"/>
          <w:sz w:val="24"/>
          <w:szCs w:val="24"/>
          <w:lang w:val="en-IE"/>
        </w:rPr>
      </w:pP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After impact, sphere </w:t>
      </w:r>
      <w:r w:rsidRPr="00F94CD6">
        <w:rPr>
          <w:rFonts w:ascii="Cambria Math" w:hAnsi="Cambria Math" w:cs="Cambria Math"/>
          <w:sz w:val="24"/>
          <w:szCs w:val="24"/>
          <w:lang w:val="en-IE"/>
        </w:rPr>
        <w:t>𝐵</w:t>
      </w:r>
      <w:r w:rsidRPr="00F94CD6">
        <w:rPr>
          <w:rFonts w:ascii="Times New Roman" w:hAnsi="Times New Roman" w:cs="Times New Roman"/>
          <w:sz w:val="24"/>
          <w:szCs w:val="24"/>
          <w:lang w:val="en-IE"/>
        </w:rPr>
        <w:t xml:space="preserve"> continues to travel in the same direction, but with a speed of 4 m s</w:t>
      </w:r>
      <w:r w:rsidRPr="00F94CD6">
        <w:rPr>
          <w:rFonts w:ascii="Times New Roman" w:hAnsi="Times New Roman" w:cs="Times New Roman"/>
          <w:sz w:val="24"/>
          <w:szCs w:val="24"/>
          <w:vertAlign w:val="superscript"/>
          <w:lang w:val="en-IE"/>
        </w:rPr>
        <w:t>–1</w:t>
      </w:r>
      <w:r w:rsidRPr="00F94CD6">
        <w:rPr>
          <w:rFonts w:ascii="Times New Roman" w:hAnsi="Times New Roman" w:cs="Times New Roman"/>
          <w:sz w:val="24"/>
          <w:szCs w:val="24"/>
          <w:lang w:val="en-IE"/>
        </w:rPr>
        <w:t>.</w:t>
      </w:r>
    </w:p>
    <w:p w:rsidR="00F94CD6" w:rsidRDefault="00F94CD6" w:rsidP="00F154E4">
      <w:pPr>
        <w:pStyle w:val="NoSpacing"/>
        <w:numPr>
          <w:ilvl w:val="0"/>
          <w:numId w:val="34"/>
        </w:numPr>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Calculate the speed of </w:t>
      </w:r>
      <w:r w:rsidRPr="00F94CD6">
        <w:rPr>
          <w:rFonts w:ascii="Cambria Math" w:hAnsi="Cambria Math" w:cs="Cambria Math"/>
          <w:sz w:val="24"/>
          <w:szCs w:val="24"/>
          <w:lang w:val="en-IE"/>
        </w:rPr>
        <w:t>𝐴</w:t>
      </w:r>
      <w:r w:rsidRPr="00F94CD6">
        <w:rPr>
          <w:rFonts w:ascii="Times New Roman" w:hAnsi="Times New Roman" w:cs="Times New Roman"/>
          <w:sz w:val="24"/>
          <w:szCs w:val="24"/>
          <w:lang w:val="en-IE"/>
        </w:rPr>
        <w:t xml:space="preserve"> after impact.</w:t>
      </w:r>
    </w:p>
    <w:p w:rsidR="00F94CD6" w:rsidRDefault="00F94CD6" w:rsidP="00F154E4">
      <w:pPr>
        <w:pStyle w:val="NoSpacing"/>
        <w:numPr>
          <w:ilvl w:val="0"/>
          <w:numId w:val="34"/>
        </w:numPr>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Calculate the value of </w:t>
      </w:r>
      <w:r w:rsidRPr="00F94CD6">
        <w:rPr>
          <w:rFonts w:ascii="Cambria Math" w:hAnsi="Cambria Math" w:cs="Cambria Math"/>
          <w:sz w:val="24"/>
          <w:szCs w:val="24"/>
          <w:lang w:val="en-IE"/>
        </w:rPr>
        <w:t>𝑒</w:t>
      </w:r>
      <w:r w:rsidRPr="00F94CD6">
        <w:rPr>
          <w:rFonts w:ascii="Times New Roman" w:hAnsi="Times New Roman" w:cs="Times New Roman"/>
          <w:sz w:val="24"/>
          <w:szCs w:val="24"/>
          <w:lang w:val="en-IE"/>
        </w:rPr>
        <w:t>.</w:t>
      </w:r>
    </w:p>
    <w:p w:rsidR="00F94CD6" w:rsidRDefault="00F94CD6" w:rsidP="00F154E4">
      <w:pPr>
        <w:pStyle w:val="NoSpacing"/>
        <w:numPr>
          <w:ilvl w:val="0"/>
          <w:numId w:val="34"/>
        </w:numPr>
        <w:rPr>
          <w:rFonts w:ascii="Times New Roman" w:hAnsi="Times New Roman" w:cs="Times New Roman"/>
          <w:sz w:val="24"/>
          <w:szCs w:val="24"/>
          <w:lang w:val="en-IE"/>
        </w:rPr>
      </w:pPr>
      <w:r w:rsidRPr="00F94CD6">
        <w:rPr>
          <w:rFonts w:ascii="Times New Roman" w:hAnsi="Times New Roman" w:cs="Times New Roman"/>
          <w:sz w:val="24"/>
          <w:szCs w:val="24"/>
          <w:lang w:val="en-IE"/>
        </w:rPr>
        <w:t>Calculate the total kinetic energy of the system before impact.</w:t>
      </w:r>
    </w:p>
    <w:p w:rsidR="00F94CD6" w:rsidRPr="00F154E4" w:rsidRDefault="00F94CD6" w:rsidP="00F154E4">
      <w:pPr>
        <w:pStyle w:val="NoSpacing"/>
        <w:numPr>
          <w:ilvl w:val="0"/>
          <w:numId w:val="34"/>
        </w:numPr>
        <w:rPr>
          <w:rFonts w:ascii="Times New Roman" w:hAnsi="Times New Roman" w:cs="Times New Roman"/>
          <w:sz w:val="24"/>
          <w:szCs w:val="24"/>
          <w:lang w:val="en-IE"/>
        </w:rPr>
      </w:pPr>
      <w:r w:rsidRPr="00F94CD6">
        <w:rPr>
          <w:rFonts w:ascii="Times New Roman" w:hAnsi="Times New Roman" w:cs="Times New Roman"/>
          <w:sz w:val="24"/>
          <w:szCs w:val="24"/>
          <w:lang w:val="en-IE"/>
        </w:rPr>
        <w:t>Calculate the percentage loss in kinetic energy as a result of the impact.</w:t>
      </w:r>
    </w:p>
    <w:p w:rsidR="00F94CD6" w:rsidRPr="00F94CD6" w:rsidRDefault="00F94CD6" w:rsidP="00F154E4">
      <w:pPr>
        <w:pStyle w:val="NoSpacing"/>
        <w:numPr>
          <w:ilvl w:val="0"/>
          <w:numId w:val="34"/>
        </w:numPr>
        <w:rPr>
          <w:rFonts w:ascii="Times New Roman" w:hAnsi="Times New Roman" w:cs="Times New Roman"/>
          <w:sz w:val="24"/>
          <w:szCs w:val="24"/>
        </w:rPr>
      </w:pPr>
      <w:r w:rsidRPr="00F94CD6">
        <w:rPr>
          <w:rFonts w:ascii="Times New Roman" w:hAnsi="Times New Roman" w:cs="Times New Roman"/>
          <w:sz w:val="24"/>
          <w:szCs w:val="24"/>
          <w:lang w:val="en-IE"/>
        </w:rPr>
        <w:t>Calculate the impulse imparted on each sphere as a result of the impact.</w:t>
      </w:r>
    </w:p>
    <w:p w:rsidR="00F94CD6" w:rsidRDefault="00F94CD6" w:rsidP="00F154E4">
      <w:pPr>
        <w:pStyle w:val="NoSpacing"/>
        <w:numPr>
          <w:ilvl w:val="0"/>
          <w:numId w:val="34"/>
        </w:numPr>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Explain the relationship between the </w:t>
      </w:r>
      <w:proofErr w:type="gramStart"/>
      <w:r w:rsidRPr="00F94CD6">
        <w:rPr>
          <w:rFonts w:ascii="Times New Roman" w:hAnsi="Times New Roman" w:cs="Times New Roman"/>
          <w:sz w:val="24"/>
          <w:szCs w:val="24"/>
          <w:lang w:val="en-IE"/>
        </w:rPr>
        <w:t>impulse</w:t>
      </w:r>
      <w:proofErr w:type="gramEnd"/>
      <w:r w:rsidRPr="00F94CD6">
        <w:rPr>
          <w:rFonts w:ascii="Times New Roman" w:hAnsi="Times New Roman" w:cs="Times New Roman"/>
          <w:sz w:val="24"/>
          <w:szCs w:val="24"/>
          <w:lang w:val="en-IE"/>
        </w:rPr>
        <w:t xml:space="preserve"> imparted on each sphere.</w:t>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523E49" w:rsidRDefault="00523E49">
      <w:pPr>
        <w:rPr>
          <w:rFonts w:ascii="Times New Roman" w:hAnsi="Times New Roman" w:cs="Times New Roman"/>
          <w:b/>
          <w:bCs/>
          <w:sz w:val="24"/>
          <w:szCs w:val="24"/>
          <w:lang w:val="en-IE"/>
        </w:rPr>
      </w:pPr>
      <w:r>
        <w:rPr>
          <w:rFonts w:ascii="Times New Roman" w:hAnsi="Times New Roman" w:cs="Times New Roman"/>
          <w:b/>
          <w:bCs/>
          <w:sz w:val="24"/>
          <w:szCs w:val="24"/>
          <w:lang w:val="en-IE"/>
        </w:rPr>
        <w:br w:type="page"/>
      </w:r>
    </w:p>
    <w:p w:rsidR="00F154E4" w:rsidRPr="00F154E4" w:rsidRDefault="00F94CD6" w:rsidP="00F94CD6">
      <w:pPr>
        <w:pStyle w:val="NoSpacing"/>
        <w:rPr>
          <w:rFonts w:ascii="Times New Roman" w:hAnsi="Times New Roman" w:cs="Times New Roman"/>
          <w:b/>
          <w:bCs/>
          <w:sz w:val="24"/>
          <w:szCs w:val="24"/>
          <w:lang w:val="en-IE"/>
        </w:rPr>
      </w:pPr>
      <w:r w:rsidRPr="00F94CD6">
        <w:rPr>
          <w:rFonts w:ascii="Times New Roman" w:hAnsi="Times New Roman" w:cs="Times New Roman"/>
          <w:noProof/>
          <w:sz w:val="24"/>
          <w:szCs w:val="24"/>
          <w:lang w:val="en-IE" w:eastAsia="en-IE"/>
        </w:rPr>
        <w:lastRenderedPageBreak/>
        <w:drawing>
          <wp:anchor distT="0" distB="0" distL="114300" distR="114300" simplePos="0" relativeHeight="251662848" behindDoc="0" locked="0" layoutInCell="1" allowOverlap="1">
            <wp:simplePos x="0" y="0"/>
            <wp:positionH relativeFrom="column">
              <wp:posOffset>5194300</wp:posOffset>
            </wp:positionH>
            <wp:positionV relativeFrom="paragraph">
              <wp:posOffset>95250</wp:posOffset>
            </wp:positionV>
            <wp:extent cx="1936750" cy="126555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75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b/>
          <w:bCs/>
          <w:sz w:val="24"/>
          <w:szCs w:val="24"/>
          <w:lang w:val="en-IE"/>
        </w:rPr>
        <w:t>Question 8</w:t>
      </w:r>
      <w:r w:rsidR="00F154E4">
        <w:rPr>
          <w:rFonts w:ascii="Times New Roman" w:hAnsi="Times New Roman" w:cs="Times New Roman"/>
          <w:b/>
          <w:bCs/>
          <w:sz w:val="24"/>
          <w:szCs w:val="24"/>
          <w:lang w:val="en-IE"/>
        </w:rPr>
        <w:t xml:space="preserve"> </w:t>
      </w:r>
      <w:r w:rsidRPr="00F94CD6">
        <w:rPr>
          <w:rFonts w:ascii="Times New Roman" w:hAnsi="Times New Roman" w:cs="Times New Roman"/>
          <w:b/>
          <w:bCs/>
          <w:sz w:val="24"/>
          <w:szCs w:val="24"/>
          <w:lang w:val="en-IE"/>
        </w:rPr>
        <w:t xml:space="preserve">(a) </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Rugby players are trying to push a 500 kg scrum machine</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along rough horizontal ground.</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force exerted by the rugby players is horizontal.</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coefficient of friction between the scrum machine and</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the ground is 0.65.</w:t>
      </w:r>
    </w:p>
    <w:p w:rsidR="00F94CD6" w:rsidRPr="00F154E4" w:rsidRDefault="00F94CD6" w:rsidP="00F94CD6">
      <w:pPr>
        <w:pStyle w:val="NoSpacing"/>
        <w:numPr>
          <w:ilvl w:val="0"/>
          <w:numId w:val="30"/>
        </w:numPr>
        <w:rPr>
          <w:rFonts w:ascii="Times New Roman" w:hAnsi="Times New Roman" w:cs="Times New Roman"/>
          <w:sz w:val="24"/>
          <w:szCs w:val="24"/>
          <w:lang w:val="en-IE"/>
        </w:rPr>
      </w:pPr>
      <w:r w:rsidRPr="00F94CD6">
        <w:rPr>
          <w:rFonts w:ascii="Times New Roman" w:hAnsi="Times New Roman" w:cs="Times New Roman"/>
          <w:sz w:val="24"/>
          <w:szCs w:val="24"/>
          <w:lang w:val="en-IE"/>
        </w:rPr>
        <w:t>Draw a diagram to show the forces acting on the scrum machine.</w:t>
      </w:r>
    </w:p>
    <w:p w:rsidR="00F94CD6" w:rsidRPr="00F94CD6" w:rsidRDefault="00F94CD6" w:rsidP="00F154E4">
      <w:pPr>
        <w:pStyle w:val="NoSpacing"/>
        <w:numPr>
          <w:ilvl w:val="0"/>
          <w:numId w:val="30"/>
        </w:numPr>
        <w:rPr>
          <w:rFonts w:ascii="Times New Roman" w:hAnsi="Times New Roman" w:cs="Times New Roman"/>
          <w:sz w:val="24"/>
          <w:szCs w:val="24"/>
          <w:lang w:val="en-IE"/>
        </w:rPr>
      </w:pPr>
      <w:r w:rsidRPr="00F94CD6">
        <w:rPr>
          <w:rFonts w:ascii="Times New Roman" w:hAnsi="Times New Roman" w:cs="Times New Roman"/>
          <w:sz w:val="24"/>
          <w:szCs w:val="24"/>
          <w:lang w:val="en-IE"/>
        </w:rPr>
        <w:t>Calculate the vertical normal reaction force on the scrum machine.</w:t>
      </w:r>
    </w:p>
    <w:p w:rsidR="00F94CD6" w:rsidRDefault="00F94CD6" w:rsidP="00F154E4">
      <w:pPr>
        <w:pStyle w:val="NoSpacing"/>
        <w:numPr>
          <w:ilvl w:val="0"/>
          <w:numId w:val="30"/>
        </w:numPr>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If the players exert a horizontal force of 3000 N on the scrum machine, will the scrum machine move? </w:t>
      </w:r>
      <w:r w:rsidR="00F154E4">
        <w:rPr>
          <w:rFonts w:ascii="Times New Roman" w:hAnsi="Times New Roman" w:cs="Times New Roman"/>
          <w:sz w:val="24"/>
          <w:szCs w:val="24"/>
          <w:lang w:val="en-IE"/>
        </w:rPr>
        <w:br/>
      </w:r>
      <w:r w:rsidRPr="00F94CD6">
        <w:rPr>
          <w:rFonts w:ascii="Times New Roman" w:hAnsi="Times New Roman" w:cs="Times New Roman"/>
          <w:sz w:val="24"/>
          <w:szCs w:val="24"/>
          <w:lang w:val="en-IE"/>
        </w:rPr>
        <w:t>Give a reason for your answer.</w:t>
      </w:r>
    </w:p>
    <w:p w:rsidR="00F154E4" w:rsidRDefault="00F154E4" w:rsidP="00F154E4">
      <w:pPr>
        <w:pStyle w:val="NoSpacing"/>
        <w:rPr>
          <w:rFonts w:ascii="Times New Roman" w:hAnsi="Times New Roman" w:cs="Times New Roman"/>
          <w:sz w:val="24"/>
          <w:szCs w:val="24"/>
          <w:lang w:val="en-IE"/>
        </w:rPr>
      </w:pPr>
    </w:p>
    <w:p w:rsidR="00F154E4" w:rsidRDefault="00F154E4" w:rsidP="00F154E4">
      <w:pPr>
        <w:pStyle w:val="NoSpacing"/>
        <w:rPr>
          <w:rFonts w:ascii="Times New Roman" w:hAnsi="Times New Roman" w:cs="Times New Roman"/>
          <w:sz w:val="24"/>
          <w:szCs w:val="24"/>
          <w:lang w:val="en-IE"/>
        </w:rPr>
      </w:pPr>
    </w:p>
    <w:p w:rsidR="00F154E4" w:rsidRPr="00F94CD6" w:rsidRDefault="00F154E4" w:rsidP="00F154E4">
      <w:pPr>
        <w:pStyle w:val="NoSpacing"/>
        <w:rPr>
          <w:rFonts w:ascii="Times New Roman" w:hAnsi="Times New Roman" w:cs="Times New Roman"/>
          <w:sz w:val="24"/>
          <w:szCs w:val="24"/>
          <w:lang w:val="en-IE"/>
        </w:rPr>
      </w:pPr>
      <w:r w:rsidRPr="00F94CD6">
        <w:rPr>
          <w:rFonts w:ascii="Times New Roman" w:hAnsi="Times New Roman" w:cs="Times New Roman"/>
          <w:noProof/>
          <w:sz w:val="24"/>
          <w:szCs w:val="24"/>
          <w:lang w:val="en-IE" w:eastAsia="en-IE"/>
        </w:rPr>
        <w:drawing>
          <wp:anchor distT="0" distB="0" distL="114300" distR="114300" simplePos="0" relativeHeight="251672064" behindDoc="0" locked="0" layoutInCell="1" allowOverlap="1">
            <wp:simplePos x="0" y="0"/>
            <wp:positionH relativeFrom="column">
              <wp:posOffset>5213985</wp:posOffset>
            </wp:positionH>
            <wp:positionV relativeFrom="paragraph">
              <wp:posOffset>162560</wp:posOffset>
            </wp:positionV>
            <wp:extent cx="1814830" cy="1104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48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CD6" w:rsidRPr="00F94CD6" w:rsidRDefault="00F94CD6" w:rsidP="00F94CD6">
      <w:pPr>
        <w:pStyle w:val="NoSpacing"/>
        <w:rPr>
          <w:rFonts w:ascii="Times New Roman" w:hAnsi="Times New Roman" w:cs="Times New Roman"/>
          <w:sz w:val="24"/>
          <w:szCs w:val="24"/>
        </w:rPr>
      </w:pPr>
    </w:p>
    <w:p w:rsidR="00F94CD6" w:rsidRDefault="00F154E4" w:rsidP="00F94CD6">
      <w:pPr>
        <w:pStyle w:val="NoSpacing"/>
        <w:rPr>
          <w:rFonts w:ascii="Times New Roman" w:hAnsi="Times New Roman" w:cs="Times New Roman"/>
          <w:b/>
          <w:bCs/>
          <w:sz w:val="24"/>
          <w:szCs w:val="24"/>
          <w:lang w:val="en-IE"/>
        </w:rPr>
      </w:pPr>
      <w:r w:rsidRPr="00F94CD6">
        <w:rPr>
          <w:rFonts w:ascii="Times New Roman" w:hAnsi="Times New Roman" w:cs="Times New Roman"/>
          <w:b/>
          <w:bCs/>
          <w:sz w:val="24"/>
          <w:szCs w:val="24"/>
          <w:lang w:val="en-IE"/>
        </w:rPr>
        <w:t>Question 8</w:t>
      </w:r>
      <w:r>
        <w:rPr>
          <w:rFonts w:ascii="Times New Roman" w:hAnsi="Times New Roman" w:cs="Times New Roman"/>
          <w:b/>
          <w:bCs/>
          <w:sz w:val="24"/>
          <w:szCs w:val="24"/>
          <w:lang w:val="en-IE"/>
        </w:rPr>
        <w:t xml:space="preserve"> </w:t>
      </w:r>
      <w:r w:rsidR="00F94CD6" w:rsidRPr="00F94CD6">
        <w:rPr>
          <w:rFonts w:ascii="Times New Roman" w:hAnsi="Times New Roman" w:cs="Times New Roman"/>
          <w:b/>
          <w:bCs/>
          <w:sz w:val="24"/>
          <w:szCs w:val="24"/>
          <w:lang w:val="en-IE"/>
        </w:rPr>
        <w:t xml:space="preserve">(b) </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An Applied Mathematics class set up an</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experiment to model the motion of connected</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particles.</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They connected a particle of mass 1 kg to</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another particle of mass 0.6 kg, by a taut light</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inelastic string, as shown in the diagram below.</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string passed over a smooth light pulley at</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the edge of a rough horizontal table.</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coefficient of friction between the 1 kg mass</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and the table was assumed to be 0.5.</w:t>
      </w:r>
    </w:p>
    <w:p w:rsidR="00F94CD6" w:rsidRPr="00F154E4" w:rsidRDefault="00F94CD6" w:rsidP="00F154E4">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syste</w:t>
      </w:r>
      <w:r w:rsidR="00F154E4">
        <w:rPr>
          <w:rFonts w:ascii="Times New Roman" w:hAnsi="Times New Roman" w:cs="Times New Roman"/>
          <w:sz w:val="24"/>
          <w:szCs w:val="24"/>
          <w:lang w:val="en-IE"/>
        </w:rPr>
        <w:t>m was released from rest.</w:t>
      </w:r>
    </w:p>
    <w:p w:rsidR="00F94CD6" w:rsidRPr="00F94CD6" w:rsidRDefault="00F154E4" w:rsidP="00F154E4">
      <w:pPr>
        <w:pStyle w:val="NoSpacing"/>
        <w:numPr>
          <w:ilvl w:val="0"/>
          <w:numId w:val="31"/>
        </w:numPr>
        <w:rPr>
          <w:rFonts w:ascii="Times New Roman" w:hAnsi="Times New Roman" w:cs="Times New Roman"/>
          <w:sz w:val="24"/>
          <w:szCs w:val="24"/>
        </w:rPr>
      </w:pPr>
      <w:r w:rsidRPr="00F94CD6">
        <w:rPr>
          <w:rFonts w:ascii="Times New Roman" w:hAnsi="Times New Roman" w:cs="Times New Roman"/>
          <w:sz w:val="24"/>
          <w:szCs w:val="24"/>
        </w:rPr>
        <w:drawing>
          <wp:anchor distT="0" distB="0" distL="114300" distR="114300" simplePos="0" relativeHeight="251678208" behindDoc="0" locked="0" layoutInCell="1" allowOverlap="1" wp14:anchorId="77FB5442" wp14:editId="7FDC4D93">
            <wp:simplePos x="0" y="0"/>
            <wp:positionH relativeFrom="column">
              <wp:posOffset>5092700</wp:posOffset>
            </wp:positionH>
            <wp:positionV relativeFrom="paragraph">
              <wp:posOffset>3810</wp:posOffset>
            </wp:positionV>
            <wp:extent cx="1998980" cy="93535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98980" cy="935355"/>
                    </a:xfrm>
                    <a:prstGeom prst="rect">
                      <a:avLst/>
                    </a:prstGeom>
                  </pic:spPr>
                </pic:pic>
              </a:graphicData>
            </a:graphic>
            <wp14:sizeRelH relativeFrom="margin">
              <wp14:pctWidth>0</wp14:pctWidth>
            </wp14:sizeRelH>
            <wp14:sizeRelV relativeFrom="margin">
              <wp14:pctHeight>0</wp14:pctHeight>
            </wp14:sizeRelV>
          </wp:anchor>
        </w:drawing>
      </w:r>
      <w:r w:rsidR="00F94CD6" w:rsidRPr="00F94CD6">
        <w:rPr>
          <w:rFonts w:ascii="Times New Roman" w:hAnsi="Times New Roman" w:cs="Times New Roman"/>
          <w:sz w:val="24"/>
          <w:szCs w:val="24"/>
          <w:lang w:val="en-IE"/>
        </w:rPr>
        <w:t>Draw separate diagrams to show the forces acting on the masses when they are moving.</w:t>
      </w:r>
    </w:p>
    <w:p w:rsidR="00F94CD6" w:rsidRDefault="00F94CD6" w:rsidP="00F154E4">
      <w:pPr>
        <w:pStyle w:val="NoSpacing"/>
        <w:numPr>
          <w:ilvl w:val="0"/>
          <w:numId w:val="31"/>
        </w:numPr>
        <w:rPr>
          <w:rFonts w:ascii="Times New Roman" w:hAnsi="Times New Roman" w:cs="Times New Roman"/>
          <w:sz w:val="24"/>
          <w:szCs w:val="24"/>
        </w:rPr>
      </w:pPr>
      <w:r w:rsidRPr="00F94CD6">
        <w:rPr>
          <w:rFonts w:ascii="Times New Roman" w:hAnsi="Times New Roman" w:cs="Times New Roman"/>
          <w:sz w:val="24"/>
          <w:szCs w:val="24"/>
          <w:lang w:val="en-IE"/>
        </w:rPr>
        <w:t>Calculate the common acceleration of the masses.</w:t>
      </w:r>
    </w:p>
    <w:p w:rsidR="00F94CD6" w:rsidRDefault="00F94CD6" w:rsidP="00F154E4">
      <w:pPr>
        <w:pStyle w:val="NoSpacing"/>
        <w:numPr>
          <w:ilvl w:val="0"/>
          <w:numId w:val="31"/>
        </w:numPr>
        <w:rPr>
          <w:rFonts w:ascii="Times New Roman" w:hAnsi="Times New Roman" w:cs="Times New Roman"/>
          <w:sz w:val="24"/>
          <w:szCs w:val="24"/>
          <w:lang w:val="en-IE"/>
        </w:rPr>
      </w:pPr>
      <w:r w:rsidRPr="00F94CD6">
        <w:rPr>
          <w:rFonts w:ascii="Times New Roman" w:hAnsi="Times New Roman" w:cs="Times New Roman"/>
          <w:sz w:val="24"/>
          <w:szCs w:val="24"/>
          <w:lang w:val="en-IE"/>
        </w:rPr>
        <w:t>Calculate the tension in the string.</w:t>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F94CD6" w:rsidRPr="00F94CD6" w:rsidRDefault="00F94CD6" w:rsidP="00F94CD6">
      <w:pPr>
        <w:pStyle w:val="NoSpacing"/>
        <w:rPr>
          <w:rFonts w:ascii="Times New Roman" w:hAnsi="Times New Roman" w:cs="Times New Roman"/>
          <w:b/>
          <w:bCs/>
          <w:sz w:val="24"/>
          <w:szCs w:val="24"/>
          <w:lang w:val="en-IE"/>
        </w:rPr>
      </w:pPr>
      <w:r w:rsidRPr="00F94CD6">
        <w:rPr>
          <w:rFonts w:ascii="Times New Roman" w:hAnsi="Times New Roman" w:cs="Times New Roman"/>
          <w:b/>
          <w:bCs/>
          <w:sz w:val="24"/>
          <w:szCs w:val="24"/>
          <w:lang w:val="en-IE"/>
        </w:rPr>
        <w:lastRenderedPageBreak/>
        <w:t>Question 9</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diagram below shows the scheduling network</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for a stage set up for a concert.</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noProof/>
          <w:sz w:val="24"/>
          <w:szCs w:val="24"/>
          <w:lang w:val="en-IE" w:eastAsia="en-IE"/>
        </w:rPr>
        <w:drawing>
          <wp:anchor distT="0" distB="0" distL="114300" distR="114300" simplePos="0" relativeHeight="251680256" behindDoc="0" locked="0" layoutInCell="1" allowOverlap="1">
            <wp:simplePos x="0" y="0"/>
            <wp:positionH relativeFrom="column">
              <wp:posOffset>5219065</wp:posOffset>
            </wp:positionH>
            <wp:positionV relativeFrom="paragraph">
              <wp:posOffset>5080</wp:posOffset>
            </wp:positionV>
            <wp:extent cx="1834515" cy="1206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451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CD6">
        <w:rPr>
          <w:rFonts w:ascii="Times New Roman" w:hAnsi="Times New Roman" w:cs="Times New Roman"/>
          <w:sz w:val="24"/>
          <w:szCs w:val="24"/>
          <w:lang w:val="en-IE"/>
        </w:rPr>
        <w:t>The network provides some information about the</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relationship between the twelve activities that have</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to be completed as part of completing the stage set</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up.</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edges of the network represent these activities</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 xml:space="preserve">and are labelled with the letters </w:t>
      </w:r>
      <w:r w:rsidRPr="00F94CD6">
        <w:rPr>
          <w:rFonts w:ascii="Cambria Math" w:hAnsi="Cambria Math" w:cs="Cambria Math"/>
          <w:sz w:val="24"/>
          <w:szCs w:val="24"/>
          <w:lang w:val="en-IE"/>
        </w:rPr>
        <w:t>𝐴</w:t>
      </w:r>
      <w:r w:rsidRPr="00F94CD6">
        <w:rPr>
          <w:rFonts w:ascii="Times New Roman" w:hAnsi="Times New Roman" w:cs="Times New Roman"/>
          <w:sz w:val="24"/>
          <w:szCs w:val="24"/>
          <w:lang w:val="en-IE"/>
        </w:rPr>
        <w:t xml:space="preserve"> to </w:t>
      </w:r>
      <w:r w:rsidRPr="00F94CD6">
        <w:rPr>
          <w:rFonts w:ascii="Cambria Math" w:hAnsi="Cambria Math" w:cs="Cambria Math"/>
          <w:sz w:val="24"/>
          <w:szCs w:val="24"/>
          <w:lang w:val="en-IE"/>
        </w:rPr>
        <w:t>𝐿</w:t>
      </w:r>
      <w:r w:rsidRPr="00F94CD6">
        <w:rPr>
          <w:rFonts w:ascii="Times New Roman" w:hAnsi="Times New Roman" w:cs="Times New Roman"/>
          <w:sz w:val="24"/>
          <w:szCs w:val="24"/>
          <w:lang w:val="en-IE"/>
        </w:rPr>
        <w:t>.</w:t>
      </w:r>
    </w:p>
    <w:p w:rsidR="00F94CD6" w:rsidRP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duration, in hours, of each activity is represented by the number in brackets. The letters used</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 xml:space="preserve">to label the edges should </w:t>
      </w:r>
      <w:r w:rsidRPr="00F94CD6">
        <w:rPr>
          <w:rFonts w:ascii="Times New Roman" w:hAnsi="Times New Roman" w:cs="Times New Roman"/>
          <w:b/>
          <w:bCs/>
          <w:sz w:val="24"/>
          <w:szCs w:val="24"/>
          <w:lang w:val="en-IE"/>
        </w:rPr>
        <w:t xml:space="preserve">not </w:t>
      </w:r>
      <w:r w:rsidRPr="00F94CD6">
        <w:rPr>
          <w:rFonts w:ascii="Times New Roman" w:hAnsi="Times New Roman" w:cs="Times New Roman"/>
          <w:sz w:val="24"/>
          <w:szCs w:val="24"/>
          <w:lang w:val="en-IE"/>
        </w:rPr>
        <w:t>be taken as representing the order in which the activities happen.</w:t>
      </w:r>
    </w:p>
    <w:p w:rsidR="001C1337"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The nodes of the network represent events or points in time during the set up. </w:t>
      </w:r>
    </w:p>
    <w:p w:rsidR="00F94CD6" w:rsidRDefault="00F94CD6"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t>The source node is</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the time when the project begins and the sink node is the time when the project ends.</w:t>
      </w:r>
    </w:p>
    <w:p w:rsidR="00F94CD6" w:rsidRDefault="00F94CD6" w:rsidP="00F94CD6">
      <w:pPr>
        <w:pStyle w:val="NoSpacing"/>
        <w:rPr>
          <w:rFonts w:ascii="Times New Roman" w:hAnsi="Times New Roman" w:cs="Times New Roman"/>
          <w:sz w:val="24"/>
          <w:szCs w:val="24"/>
          <w:lang w:val="en-IE"/>
        </w:rPr>
      </w:pPr>
    </w:p>
    <w:p w:rsidR="00F94CD6" w:rsidRDefault="00523E49" w:rsidP="00F94CD6">
      <w:pPr>
        <w:pStyle w:val="NoSpacing"/>
        <w:rPr>
          <w:rFonts w:ascii="Times New Roman" w:hAnsi="Times New Roman" w:cs="Times New Roman"/>
          <w:sz w:val="24"/>
          <w:szCs w:val="24"/>
          <w:lang w:val="en-IE"/>
        </w:rPr>
      </w:pPr>
      <w:r w:rsidRPr="00F94CD6">
        <w:rPr>
          <w:rFonts w:ascii="Times New Roman" w:hAnsi="Times New Roman" w:cs="Times New Roman"/>
          <w:sz w:val="24"/>
          <w:szCs w:val="24"/>
          <w:lang w:val="en-IE"/>
        </w:rPr>
        <w:drawing>
          <wp:anchor distT="0" distB="0" distL="114300" distR="114300" simplePos="0" relativeHeight="251682304" behindDoc="0" locked="0" layoutInCell="1" allowOverlap="1">
            <wp:simplePos x="0" y="0"/>
            <wp:positionH relativeFrom="column">
              <wp:posOffset>589915</wp:posOffset>
            </wp:positionH>
            <wp:positionV relativeFrom="paragraph">
              <wp:posOffset>8255</wp:posOffset>
            </wp:positionV>
            <wp:extent cx="5677535" cy="3200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77535" cy="3200400"/>
                    </a:xfrm>
                    <a:prstGeom prst="rect">
                      <a:avLst/>
                    </a:prstGeom>
                  </pic:spPr>
                </pic:pic>
              </a:graphicData>
            </a:graphic>
            <wp14:sizeRelH relativeFrom="margin">
              <wp14:pctWidth>0</wp14:pctWidth>
            </wp14:sizeRelH>
            <wp14:sizeRelV relativeFrom="margin">
              <wp14:pctHeight>0</wp14:pctHeight>
            </wp14:sizeRelV>
          </wp:anchor>
        </w:drawing>
      </w: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lang w:val="en-IE"/>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523E49" w:rsidRDefault="00523E49" w:rsidP="00F94CD6">
      <w:pPr>
        <w:pStyle w:val="NoSpacing"/>
        <w:rPr>
          <w:rFonts w:ascii="Times New Roman" w:hAnsi="Times New Roman" w:cs="Times New Roman"/>
          <w:sz w:val="24"/>
          <w:szCs w:val="24"/>
        </w:rPr>
      </w:pPr>
    </w:p>
    <w:p w:rsidR="00523E49" w:rsidRDefault="00523E49" w:rsidP="00F94CD6">
      <w:pPr>
        <w:pStyle w:val="NoSpacing"/>
        <w:rPr>
          <w:rFonts w:ascii="Times New Roman" w:hAnsi="Times New Roman" w:cs="Times New Roman"/>
          <w:sz w:val="24"/>
          <w:szCs w:val="24"/>
        </w:rPr>
      </w:pPr>
    </w:p>
    <w:p w:rsidR="00523E49" w:rsidRDefault="00523E49" w:rsidP="00F94CD6">
      <w:pPr>
        <w:pStyle w:val="NoSpacing"/>
        <w:rPr>
          <w:rFonts w:ascii="Times New Roman" w:hAnsi="Times New Roman" w:cs="Times New Roman"/>
          <w:sz w:val="24"/>
          <w:szCs w:val="24"/>
        </w:rPr>
      </w:pPr>
    </w:p>
    <w:p w:rsidR="00523E49" w:rsidRDefault="00523E49" w:rsidP="00F94CD6">
      <w:pPr>
        <w:pStyle w:val="NoSpacing"/>
        <w:rPr>
          <w:rFonts w:ascii="Times New Roman" w:hAnsi="Times New Roman" w:cs="Times New Roman"/>
          <w:sz w:val="24"/>
          <w:szCs w:val="24"/>
        </w:rPr>
      </w:pPr>
    </w:p>
    <w:p w:rsidR="00F94CD6" w:rsidRDefault="00F94CD6" w:rsidP="00F94CD6">
      <w:pPr>
        <w:pStyle w:val="NoSpacing"/>
        <w:rPr>
          <w:rFonts w:ascii="Times New Roman" w:hAnsi="Times New Roman" w:cs="Times New Roman"/>
          <w:sz w:val="24"/>
          <w:szCs w:val="24"/>
        </w:rPr>
      </w:pPr>
    </w:p>
    <w:p w:rsidR="00F94CD6" w:rsidRDefault="00F94CD6" w:rsidP="001C1337">
      <w:pPr>
        <w:pStyle w:val="NoSpacing"/>
        <w:numPr>
          <w:ilvl w:val="0"/>
          <w:numId w:val="28"/>
        </w:numPr>
        <w:rPr>
          <w:rFonts w:ascii="Times New Roman" w:hAnsi="Times New Roman" w:cs="Times New Roman"/>
          <w:sz w:val="24"/>
          <w:szCs w:val="24"/>
          <w:lang w:val="en-IE"/>
        </w:rPr>
      </w:pPr>
      <w:r w:rsidRPr="00F94CD6">
        <w:rPr>
          <w:rFonts w:ascii="Times New Roman" w:hAnsi="Times New Roman" w:cs="Times New Roman"/>
          <w:sz w:val="24"/>
          <w:szCs w:val="24"/>
          <w:lang w:val="en-IE"/>
        </w:rPr>
        <w:t>Complete the table by listing, for each activity, the other activities on which</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 xml:space="preserve">it depends directly. That is, for each activity </w:t>
      </w:r>
      <w:r w:rsidRPr="00F94CD6">
        <w:rPr>
          <w:rFonts w:ascii="Cambria Math" w:hAnsi="Cambria Math" w:cs="Cambria Math"/>
          <w:sz w:val="24"/>
          <w:szCs w:val="24"/>
          <w:lang w:val="en-IE"/>
        </w:rPr>
        <w:t>𝑋</w:t>
      </w:r>
      <w:r w:rsidRPr="00F94CD6">
        <w:rPr>
          <w:rFonts w:ascii="Times New Roman" w:hAnsi="Times New Roman" w:cs="Times New Roman"/>
          <w:sz w:val="24"/>
          <w:szCs w:val="24"/>
          <w:lang w:val="en-IE"/>
        </w:rPr>
        <w:t xml:space="preserve"> </w:t>
      </w:r>
      <w:proofErr w:type="gramStart"/>
      <w:r w:rsidRPr="00F94CD6">
        <w:rPr>
          <w:rFonts w:ascii="Cambria Math" w:hAnsi="Cambria Math" w:cs="Cambria Math"/>
          <w:sz w:val="24"/>
          <w:szCs w:val="24"/>
          <w:lang w:val="en-IE"/>
        </w:rPr>
        <w:t>∈</w:t>
      </w:r>
      <w:r w:rsidRPr="00F94CD6">
        <w:rPr>
          <w:rFonts w:ascii="Times New Roman" w:hAnsi="Times New Roman" w:cs="Times New Roman"/>
          <w:sz w:val="24"/>
          <w:szCs w:val="24"/>
          <w:lang w:val="en-IE"/>
        </w:rPr>
        <w:t xml:space="preserve"> </w:t>
      </w:r>
      <w:proofErr w:type="gramEnd"/>
      <m:oMath>
        <m:d>
          <m:dPr>
            <m:begChr m:val="{"/>
            <m:endChr m:val="}"/>
            <m:ctrlPr>
              <w:rPr>
                <w:rFonts w:ascii="Cambria Math" w:hAnsi="Cambria Math" w:cs="Times New Roman"/>
                <w:i/>
                <w:sz w:val="24"/>
                <w:szCs w:val="24"/>
                <w:lang w:val="en-IE"/>
              </w:rPr>
            </m:ctrlPr>
          </m:dPr>
          <m:e>
            <m:r>
              <m:rPr>
                <m:sty m:val="p"/>
              </m:rPr>
              <w:rPr>
                <w:rFonts w:ascii="Cambria Math" w:hAnsi="Cambria Math" w:cs="Cambria Math"/>
                <w:sz w:val="24"/>
                <w:szCs w:val="24"/>
                <w:lang w:val="en-IE"/>
              </w:rPr>
              <m:t>D</m:t>
            </m:r>
            <m:r>
              <m:rPr>
                <m:sty m:val="p"/>
              </m:rPr>
              <w:rPr>
                <w:rFonts w:ascii="Cambria Math" w:hAnsi="Cambria Math" w:cs="Times New Roman"/>
                <w:sz w:val="24"/>
                <w:szCs w:val="24"/>
                <w:lang w:val="en-IE"/>
              </w:rPr>
              <m:t xml:space="preserve">, </m:t>
            </m:r>
            <m:r>
              <m:rPr>
                <m:sty m:val="p"/>
              </m:rPr>
              <w:rPr>
                <w:rFonts w:ascii="Cambria Math" w:hAnsi="Cambria Math" w:cs="Cambria Math"/>
                <w:sz w:val="24"/>
                <w:szCs w:val="24"/>
                <w:lang w:val="en-IE"/>
              </w:rPr>
              <m:t>E</m:t>
            </m:r>
            <m:r>
              <m:rPr>
                <m:sty m:val="p"/>
              </m:rPr>
              <w:rPr>
                <w:rFonts w:ascii="Cambria Math" w:hAnsi="Cambria Math" w:cs="Times New Roman"/>
                <w:sz w:val="24"/>
                <w:szCs w:val="24"/>
                <w:lang w:val="en-IE"/>
              </w:rPr>
              <m:t xml:space="preserve">, … , </m:t>
            </m:r>
            <m:r>
              <m:rPr>
                <m:sty m:val="p"/>
              </m:rPr>
              <w:rPr>
                <w:rFonts w:ascii="Cambria Math" w:hAnsi="Cambria Math" w:cs="Cambria Math"/>
                <w:sz w:val="24"/>
                <w:szCs w:val="24"/>
                <w:lang w:val="en-IE"/>
              </w:rPr>
              <m:t>L</m:t>
            </m:r>
          </m:e>
        </m:d>
      </m:oMath>
      <w:r w:rsidRPr="00F94CD6">
        <w:rPr>
          <w:rFonts w:ascii="Times New Roman" w:hAnsi="Times New Roman" w:cs="Times New Roman"/>
          <w:sz w:val="24"/>
          <w:szCs w:val="24"/>
          <w:lang w:val="en-IE"/>
        </w:rPr>
        <w:t>, write the smallest possible list</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 xml:space="preserve">of other activities that need to be completed before activity </w:t>
      </w:r>
      <w:r w:rsidRPr="00F94CD6">
        <w:rPr>
          <w:rFonts w:ascii="Cambria Math" w:hAnsi="Cambria Math" w:cs="Cambria Math"/>
          <w:sz w:val="24"/>
          <w:szCs w:val="24"/>
          <w:lang w:val="en-IE"/>
        </w:rPr>
        <w:t>𝑋</w:t>
      </w:r>
      <w:r w:rsidRPr="00F94CD6">
        <w:rPr>
          <w:rFonts w:ascii="Times New Roman" w:hAnsi="Times New Roman" w:cs="Times New Roman"/>
          <w:sz w:val="24"/>
          <w:szCs w:val="24"/>
          <w:lang w:val="en-IE"/>
        </w:rPr>
        <w:t xml:space="preserve"> can begin.</w:t>
      </w:r>
    </w:p>
    <w:p w:rsidR="001C1337" w:rsidRPr="00F94CD6" w:rsidRDefault="001C1337" w:rsidP="001C1337">
      <w:pPr>
        <w:pStyle w:val="NoSpacing"/>
        <w:ind w:left="360"/>
        <w:rPr>
          <w:rFonts w:ascii="Times New Roman" w:hAnsi="Times New Roman" w:cs="Times New Roman"/>
          <w:sz w:val="24"/>
          <w:szCs w:val="24"/>
          <w:lang w:val="en-IE"/>
        </w:rPr>
      </w:pPr>
    </w:p>
    <w:p w:rsidR="002C69A0" w:rsidRDefault="00F94CD6" w:rsidP="001C1337">
      <w:pPr>
        <w:pStyle w:val="NoSpacing"/>
        <w:ind w:left="360"/>
        <w:rPr>
          <w:rFonts w:ascii="Times New Roman" w:hAnsi="Times New Roman" w:cs="Times New Roman"/>
          <w:sz w:val="24"/>
          <w:szCs w:val="24"/>
          <w:lang w:val="en-IE"/>
        </w:rPr>
      </w:pPr>
      <w:r w:rsidRPr="00F94CD6">
        <w:rPr>
          <w:rFonts w:ascii="Times New Roman" w:hAnsi="Times New Roman" w:cs="Times New Roman"/>
          <w:sz w:val="24"/>
          <w:szCs w:val="24"/>
          <w:lang w:val="en-IE"/>
        </w:rPr>
        <w:t xml:space="preserve">Activities </w:t>
      </w:r>
      <w:r w:rsidRPr="00F94CD6">
        <w:rPr>
          <w:rFonts w:ascii="Cambria Math" w:hAnsi="Cambria Math" w:cs="Cambria Math"/>
          <w:sz w:val="24"/>
          <w:szCs w:val="24"/>
          <w:lang w:val="en-IE"/>
        </w:rPr>
        <w:t>𝐴</w:t>
      </w:r>
      <w:r w:rsidRPr="00F94CD6">
        <w:rPr>
          <w:rFonts w:ascii="Times New Roman" w:hAnsi="Times New Roman" w:cs="Times New Roman"/>
          <w:sz w:val="24"/>
          <w:szCs w:val="24"/>
          <w:lang w:val="en-IE"/>
        </w:rPr>
        <w:t xml:space="preserve">, </w:t>
      </w:r>
      <w:r w:rsidRPr="00F94CD6">
        <w:rPr>
          <w:rFonts w:ascii="Cambria Math" w:hAnsi="Cambria Math" w:cs="Cambria Math"/>
          <w:sz w:val="24"/>
          <w:szCs w:val="24"/>
          <w:lang w:val="en-IE"/>
        </w:rPr>
        <w:t>𝐵</w:t>
      </w:r>
      <w:r w:rsidRPr="00F94CD6">
        <w:rPr>
          <w:rFonts w:ascii="Times New Roman" w:hAnsi="Times New Roman" w:cs="Times New Roman"/>
          <w:sz w:val="24"/>
          <w:szCs w:val="24"/>
          <w:lang w:val="en-IE"/>
        </w:rPr>
        <w:t xml:space="preserve"> and </w:t>
      </w:r>
      <w:r w:rsidRPr="00F94CD6">
        <w:rPr>
          <w:rFonts w:ascii="Cambria Math" w:hAnsi="Cambria Math" w:cs="Cambria Math"/>
          <w:sz w:val="24"/>
          <w:szCs w:val="24"/>
          <w:lang w:val="en-IE"/>
        </w:rPr>
        <w:t>𝐶</w:t>
      </w:r>
      <w:r w:rsidRPr="00F94CD6">
        <w:rPr>
          <w:rFonts w:ascii="Times New Roman" w:hAnsi="Times New Roman" w:cs="Times New Roman"/>
          <w:sz w:val="24"/>
          <w:szCs w:val="24"/>
          <w:lang w:val="en-IE"/>
        </w:rPr>
        <w:t xml:space="preserve"> do not depend on any prior</w:t>
      </w:r>
      <w:r w:rsidR="002C69A0">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activities, so the list is empty for these</w:t>
      </w:r>
      <w:r>
        <w:rPr>
          <w:rFonts w:ascii="Times New Roman" w:hAnsi="Times New Roman" w:cs="Times New Roman"/>
          <w:sz w:val="24"/>
          <w:szCs w:val="24"/>
          <w:lang w:val="en-IE"/>
        </w:rPr>
        <w:t xml:space="preserve"> </w:t>
      </w:r>
      <w:r w:rsidRPr="00F94CD6">
        <w:rPr>
          <w:rFonts w:ascii="Times New Roman" w:hAnsi="Times New Roman" w:cs="Times New Roman"/>
          <w:sz w:val="24"/>
          <w:szCs w:val="24"/>
          <w:lang w:val="en-IE"/>
        </w:rPr>
        <w:t>activities, as shown.</w:t>
      </w:r>
    </w:p>
    <w:p w:rsidR="001C1337" w:rsidRDefault="001C1337" w:rsidP="001C1337">
      <w:pPr>
        <w:pStyle w:val="NoSpacing"/>
        <w:ind w:left="360"/>
        <w:rPr>
          <w:rFonts w:ascii="Times New Roman" w:hAnsi="Times New Roman" w:cs="Times New Roman"/>
          <w:sz w:val="24"/>
          <w:szCs w:val="24"/>
          <w:lang w:val="en-IE"/>
        </w:rPr>
      </w:pPr>
    </w:p>
    <w:tbl>
      <w:tblPr>
        <w:tblStyle w:val="TableGrid"/>
        <w:tblW w:w="0" w:type="auto"/>
        <w:tblInd w:w="1526" w:type="dxa"/>
        <w:tblLook w:val="04A0" w:firstRow="1" w:lastRow="0" w:firstColumn="1" w:lastColumn="0" w:noHBand="0" w:noVBand="1"/>
      </w:tblPr>
      <w:tblGrid>
        <w:gridCol w:w="1003"/>
        <w:gridCol w:w="2558"/>
        <w:gridCol w:w="277"/>
        <w:gridCol w:w="1003"/>
        <w:gridCol w:w="2530"/>
      </w:tblGrid>
      <w:tr w:rsidR="00523E49" w:rsidTr="00523E49">
        <w:tc>
          <w:tcPr>
            <w:tcW w:w="1003" w:type="dxa"/>
          </w:tcPr>
          <w:p w:rsidR="00523E49" w:rsidRDefault="002C69A0" w:rsidP="00523E49">
            <w:pPr>
              <w:pStyle w:val="NoSpacing"/>
              <w:jc w:val="center"/>
              <w:rPr>
                <w:rFonts w:ascii="Times New Roman" w:hAnsi="Times New Roman" w:cs="Times New Roman"/>
                <w:sz w:val="24"/>
                <w:szCs w:val="24"/>
              </w:rPr>
            </w:pPr>
            <w:r w:rsidRPr="001C1337">
              <w:rPr>
                <w:rFonts w:ascii="Times New Roman" w:hAnsi="Times New Roman" w:cs="Times New Roman"/>
                <w:sz w:val="24"/>
                <w:szCs w:val="24"/>
                <w:lang w:val="en-IE"/>
              </w:rPr>
              <w:br w:type="page"/>
            </w:r>
            <w:r w:rsidR="00523E49">
              <w:rPr>
                <w:rFonts w:ascii="Times New Roman" w:hAnsi="Times New Roman" w:cs="Times New Roman"/>
                <w:sz w:val="24"/>
                <w:szCs w:val="24"/>
              </w:rPr>
              <w:t>Activity</w:t>
            </w:r>
          </w:p>
        </w:tc>
        <w:tc>
          <w:tcPr>
            <w:tcW w:w="2558"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Depends directly </w:t>
            </w:r>
            <w:proofErr w:type="gramStart"/>
            <w:r>
              <w:rPr>
                <w:rFonts w:ascii="Times New Roman" w:hAnsi="Times New Roman" w:cs="Times New Roman"/>
                <w:sz w:val="24"/>
                <w:szCs w:val="24"/>
              </w:rPr>
              <w:t>on .</w:t>
            </w:r>
            <w:proofErr w:type="gramEnd"/>
            <w:r>
              <w:rPr>
                <w:rFonts w:ascii="Times New Roman" w:hAnsi="Times New Roman" w:cs="Times New Roman"/>
                <w:sz w:val="24"/>
                <w:szCs w:val="24"/>
              </w:rPr>
              <w:t xml:space="preserve"> .</w:t>
            </w: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Activity</w:t>
            </w:r>
          </w:p>
        </w:tc>
        <w:tc>
          <w:tcPr>
            <w:tcW w:w="2530"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Depends directly on …</w:t>
            </w: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A</w:t>
            </w:r>
          </w:p>
        </w:tc>
        <w:tc>
          <w:tcPr>
            <w:tcW w:w="2558"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G</w:t>
            </w:r>
          </w:p>
        </w:tc>
        <w:tc>
          <w:tcPr>
            <w:tcW w:w="2530" w:type="dxa"/>
          </w:tcPr>
          <w:p w:rsidR="00523E49" w:rsidRDefault="00523E49" w:rsidP="00523E49">
            <w:pPr>
              <w:pStyle w:val="NoSpacing"/>
              <w:jc w:val="center"/>
              <w:rPr>
                <w:rFonts w:ascii="Times New Roman" w:hAnsi="Times New Roman" w:cs="Times New Roman"/>
                <w:sz w:val="24"/>
                <w:szCs w:val="24"/>
              </w:rPr>
            </w:pP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B</w:t>
            </w:r>
          </w:p>
        </w:tc>
        <w:tc>
          <w:tcPr>
            <w:tcW w:w="2558"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H</w:t>
            </w:r>
          </w:p>
        </w:tc>
        <w:tc>
          <w:tcPr>
            <w:tcW w:w="2530" w:type="dxa"/>
          </w:tcPr>
          <w:p w:rsidR="00523E49" w:rsidRDefault="00523E49" w:rsidP="00523E49">
            <w:pPr>
              <w:pStyle w:val="NoSpacing"/>
              <w:jc w:val="center"/>
              <w:rPr>
                <w:rFonts w:ascii="Times New Roman" w:hAnsi="Times New Roman" w:cs="Times New Roman"/>
                <w:sz w:val="24"/>
                <w:szCs w:val="24"/>
              </w:rPr>
            </w:pP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C</w:t>
            </w:r>
          </w:p>
        </w:tc>
        <w:tc>
          <w:tcPr>
            <w:tcW w:w="2558" w:type="dxa"/>
          </w:tcPr>
          <w:p w:rsidR="00523E49" w:rsidRDefault="00523E49" w:rsidP="00523E49">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I</w:t>
            </w:r>
          </w:p>
        </w:tc>
        <w:tc>
          <w:tcPr>
            <w:tcW w:w="2530" w:type="dxa"/>
          </w:tcPr>
          <w:p w:rsidR="00523E49" w:rsidRDefault="00523E49" w:rsidP="00523E49">
            <w:pPr>
              <w:pStyle w:val="NoSpacing"/>
              <w:jc w:val="center"/>
              <w:rPr>
                <w:rFonts w:ascii="Times New Roman" w:hAnsi="Times New Roman" w:cs="Times New Roman"/>
                <w:sz w:val="24"/>
                <w:szCs w:val="24"/>
              </w:rPr>
            </w:pP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D</w:t>
            </w:r>
          </w:p>
        </w:tc>
        <w:tc>
          <w:tcPr>
            <w:tcW w:w="2558" w:type="dxa"/>
          </w:tcPr>
          <w:p w:rsidR="00523E49" w:rsidRDefault="00523E49" w:rsidP="00523E49">
            <w:pPr>
              <w:pStyle w:val="NoSpacing"/>
              <w:jc w:val="center"/>
              <w:rPr>
                <w:rFonts w:ascii="Times New Roman" w:hAnsi="Times New Roman" w:cs="Times New Roman"/>
                <w:sz w:val="24"/>
                <w:szCs w:val="24"/>
              </w:rPr>
            </w:pP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J</w:t>
            </w:r>
          </w:p>
        </w:tc>
        <w:tc>
          <w:tcPr>
            <w:tcW w:w="2530" w:type="dxa"/>
          </w:tcPr>
          <w:p w:rsidR="00523E49" w:rsidRDefault="00523E49" w:rsidP="00523E49">
            <w:pPr>
              <w:pStyle w:val="NoSpacing"/>
              <w:jc w:val="center"/>
              <w:rPr>
                <w:rFonts w:ascii="Times New Roman" w:hAnsi="Times New Roman" w:cs="Times New Roman"/>
                <w:sz w:val="24"/>
                <w:szCs w:val="24"/>
              </w:rPr>
            </w:pP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E</w:t>
            </w:r>
          </w:p>
        </w:tc>
        <w:tc>
          <w:tcPr>
            <w:tcW w:w="2558" w:type="dxa"/>
          </w:tcPr>
          <w:p w:rsidR="00523E49" w:rsidRDefault="00523E49" w:rsidP="00523E49">
            <w:pPr>
              <w:pStyle w:val="NoSpacing"/>
              <w:jc w:val="center"/>
              <w:rPr>
                <w:rFonts w:ascii="Times New Roman" w:hAnsi="Times New Roman" w:cs="Times New Roman"/>
                <w:sz w:val="24"/>
                <w:szCs w:val="24"/>
              </w:rPr>
            </w:pP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K</w:t>
            </w:r>
          </w:p>
        </w:tc>
        <w:tc>
          <w:tcPr>
            <w:tcW w:w="2530" w:type="dxa"/>
          </w:tcPr>
          <w:p w:rsidR="00523E49" w:rsidRDefault="00523E49" w:rsidP="00523E49">
            <w:pPr>
              <w:pStyle w:val="NoSpacing"/>
              <w:jc w:val="center"/>
              <w:rPr>
                <w:rFonts w:ascii="Times New Roman" w:hAnsi="Times New Roman" w:cs="Times New Roman"/>
                <w:sz w:val="24"/>
                <w:szCs w:val="24"/>
              </w:rPr>
            </w:pPr>
          </w:p>
        </w:tc>
      </w:tr>
      <w:tr w:rsidR="00523E49" w:rsidTr="00523E49">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F</w:t>
            </w:r>
          </w:p>
        </w:tc>
        <w:tc>
          <w:tcPr>
            <w:tcW w:w="2558" w:type="dxa"/>
          </w:tcPr>
          <w:p w:rsidR="00523E49" w:rsidRDefault="00523E49" w:rsidP="00523E49">
            <w:pPr>
              <w:pStyle w:val="NoSpacing"/>
              <w:jc w:val="center"/>
              <w:rPr>
                <w:rFonts w:ascii="Times New Roman" w:hAnsi="Times New Roman" w:cs="Times New Roman"/>
                <w:sz w:val="24"/>
                <w:szCs w:val="24"/>
              </w:rPr>
            </w:pPr>
          </w:p>
        </w:tc>
        <w:tc>
          <w:tcPr>
            <w:tcW w:w="277" w:type="dxa"/>
          </w:tcPr>
          <w:p w:rsidR="00523E49" w:rsidRDefault="00523E49" w:rsidP="00523E49">
            <w:pPr>
              <w:pStyle w:val="NoSpacing"/>
              <w:jc w:val="center"/>
              <w:rPr>
                <w:rFonts w:ascii="Times New Roman" w:hAnsi="Times New Roman" w:cs="Times New Roman"/>
                <w:sz w:val="24"/>
                <w:szCs w:val="24"/>
              </w:rPr>
            </w:pPr>
          </w:p>
        </w:tc>
        <w:tc>
          <w:tcPr>
            <w:tcW w:w="1003" w:type="dxa"/>
          </w:tcPr>
          <w:p w:rsidR="00523E49" w:rsidRPr="00523E49" w:rsidRDefault="00523E49" w:rsidP="00523E49">
            <w:pPr>
              <w:pStyle w:val="NoSpacing"/>
              <w:jc w:val="center"/>
              <w:rPr>
                <w:rFonts w:ascii="Times New Roman" w:hAnsi="Times New Roman" w:cs="Times New Roman"/>
                <w:i/>
                <w:sz w:val="24"/>
                <w:szCs w:val="24"/>
              </w:rPr>
            </w:pPr>
            <w:r w:rsidRPr="00523E49">
              <w:rPr>
                <w:rFonts w:ascii="Times New Roman" w:hAnsi="Times New Roman" w:cs="Times New Roman"/>
                <w:i/>
                <w:sz w:val="24"/>
                <w:szCs w:val="24"/>
              </w:rPr>
              <w:t>L</w:t>
            </w:r>
          </w:p>
        </w:tc>
        <w:tc>
          <w:tcPr>
            <w:tcW w:w="2530" w:type="dxa"/>
          </w:tcPr>
          <w:p w:rsidR="00523E49" w:rsidRDefault="00523E49" w:rsidP="00523E49">
            <w:pPr>
              <w:pStyle w:val="NoSpacing"/>
              <w:jc w:val="center"/>
              <w:rPr>
                <w:rFonts w:ascii="Times New Roman" w:hAnsi="Times New Roman" w:cs="Times New Roman"/>
                <w:sz w:val="24"/>
                <w:szCs w:val="24"/>
              </w:rPr>
            </w:pPr>
          </w:p>
        </w:tc>
      </w:tr>
    </w:tbl>
    <w:p w:rsidR="002C69A0" w:rsidRDefault="002C69A0" w:rsidP="00F94CD6">
      <w:pPr>
        <w:pStyle w:val="NoSpacing"/>
        <w:rPr>
          <w:rFonts w:ascii="Times New Roman" w:hAnsi="Times New Roman" w:cs="Times New Roman"/>
          <w:sz w:val="24"/>
          <w:szCs w:val="24"/>
        </w:rPr>
      </w:pPr>
    </w:p>
    <w:p w:rsidR="00523E49" w:rsidRDefault="00523E49">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2C69A0" w:rsidRPr="002C69A0" w:rsidRDefault="002C69A0" w:rsidP="001C1337">
      <w:pPr>
        <w:pStyle w:val="NoSpacing"/>
        <w:numPr>
          <w:ilvl w:val="0"/>
          <w:numId w:val="28"/>
        </w:numPr>
        <w:rPr>
          <w:rFonts w:ascii="Times New Roman" w:hAnsi="Times New Roman" w:cs="Times New Roman"/>
          <w:sz w:val="24"/>
          <w:szCs w:val="24"/>
          <w:lang w:val="en-IE"/>
        </w:rPr>
      </w:pPr>
      <w:r w:rsidRPr="002C69A0">
        <w:rPr>
          <w:rFonts w:ascii="Times New Roman" w:hAnsi="Times New Roman" w:cs="Times New Roman"/>
          <w:sz w:val="24"/>
          <w:szCs w:val="24"/>
          <w:lang w:val="en-IE"/>
        </w:rPr>
        <w:lastRenderedPageBreak/>
        <w:t>Calculate the early time and the late time for each event.</w:t>
      </w:r>
    </w:p>
    <w:p w:rsidR="002C69A0" w:rsidRDefault="002C69A0" w:rsidP="00523E49">
      <w:pPr>
        <w:pStyle w:val="NoSpacing"/>
        <w:ind w:left="360"/>
        <w:rPr>
          <w:rFonts w:ascii="Times New Roman" w:hAnsi="Times New Roman" w:cs="Times New Roman"/>
          <w:sz w:val="24"/>
          <w:szCs w:val="24"/>
          <w:lang w:val="en-IE"/>
        </w:rPr>
      </w:pPr>
      <w:r w:rsidRPr="002C69A0">
        <w:rPr>
          <w:rFonts w:ascii="Times New Roman" w:hAnsi="Times New Roman" w:cs="Times New Roman"/>
          <w:sz w:val="24"/>
          <w:szCs w:val="24"/>
          <w:lang w:val="en-IE"/>
        </w:rPr>
        <w:t>Complete the diagram below by writing the early time (upper box) and late time (lower box)</w:t>
      </w:r>
      <w:r>
        <w:rPr>
          <w:rFonts w:ascii="Times New Roman" w:hAnsi="Times New Roman" w:cs="Times New Roman"/>
          <w:sz w:val="24"/>
          <w:szCs w:val="24"/>
          <w:lang w:val="en-IE"/>
        </w:rPr>
        <w:t xml:space="preserve"> </w:t>
      </w:r>
      <w:r w:rsidRPr="002C69A0">
        <w:rPr>
          <w:rFonts w:ascii="Times New Roman" w:hAnsi="Times New Roman" w:cs="Times New Roman"/>
          <w:sz w:val="24"/>
          <w:szCs w:val="24"/>
          <w:lang w:val="en-IE"/>
        </w:rPr>
        <w:t>at the node representing each event.</w:t>
      </w:r>
    </w:p>
    <w:p w:rsidR="002C69A0" w:rsidRDefault="002C69A0" w:rsidP="002C69A0">
      <w:pPr>
        <w:pStyle w:val="NoSpacing"/>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lang w:val="en-IE"/>
        </w:rPr>
      </w:pPr>
      <w:r w:rsidRPr="002C69A0">
        <w:rPr>
          <w:rFonts w:ascii="Times New Roman" w:hAnsi="Times New Roman" w:cs="Times New Roman"/>
          <w:sz w:val="24"/>
          <w:szCs w:val="24"/>
        </w:rPr>
        <w:drawing>
          <wp:anchor distT="0" distB="0" distL="114300" distR="114300" simplePos="0" relativeHeight="251685376" behindDoc="0" locked="0" layoutInCell="1" allowOverlap="1">
            <wp:simplePos x="0" y="0"/>
            <wp:positionH relativeFrom="column">
              <wp:posOffset>209550</wp:posOffset>
            </wp:positionH>
            <wp:positionV relativeFrom="paragraph">
              <wp:posOffset>13335</wp:posOffset>
            </wp:positionV>
            <wp:extent cx="5778500" cy="28670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78500" cy="2867025"/>
                    </a:xfrm>
                    <a:prstGeom prst="rect">
                      <a:avLst/>
                    </a:prstGeom>
                  </pic:spPr>
                </pic:pic>
              </a:graphicData>
            </a:graphic>
            <wp14:sizeRelH relativeFrom="margin">
              <wp14:pctWidth>0</wp14:pctWidth>
            </wp14:sizeRelH>
            <wp14:sizeRelV relativeFrom="margin">
              <wp14:pctHeight>0</wp14:pctHeight>
            </wp14:sizeRelV>
          </wp:anchor>
        </w:drawing>
      </w:r>
    </w:p>
    <w:p w:rsidR="002C69A0" w:rsidRDefault="002C69A0" w:rsidP="002C69A0">
      <w:pPr>
        <w:pStyle w:val="NoSpacing"/>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2C69A0" w:rsidRDefault="002C69A0" w:rsidP="002C69A0">
      <w:pPr>
        <w:pStyle w:val="NoSpacing"/>
        <w:rPr>
          <w:rFonts w:ascii="Times New Roman" w:hAnsi="Times New Roman" w:cs="Times New Roman"/>
          <w:sz w:val="24"/>
          <w:szCs w:val="24"/>
        </w:rPr>
      </w:pPr>
    </w:p>
    <w:p w:rsidR="00523E49" w:rsidRPr="00523E49" w:rsidRDefault="00523E49" w:rsidP="00523E49">
      <w:pPr>
        <w:pStyle w:val="NoSpacing"/>
        <w:ind w:left="360"/>
        <w:rPr>
          <w:rFonts w:ascii="Times New Roman" w:hAnsi="Times New Roman" w:cs="Times New Roman"/>
          <w:sz w:val="24"/>
          <w:szCs w:val="24"/>
        </w:rPr>
      </w:pPr>
    </w:p>
    <w:p w:rsidR="002C69A0" w:rsidRPr="00523E49" w:rsidRDefault="002C69A0" w:rsidP="001C1337">
      <w:pPr>
        <w:pStyle w:val="NoSpacing"/>
        <w:numPr>
          <w:ilvl w:val="0"/>
          <w:numId w:val="28"/>
        </w:numPr>
        <w:rPr>
          <w:rFonts w:ascii="Times New Roman" w:hAnsi="Times New Roman" w:cs="Times New Roman"/>
          <w:sz w:val="24"/>
          <w:szCs w:val="24"/>
        </w:rPr>
      </w:pPr>
      <w:r w:rsidRPr="002C69A0">
        <w:rPr>
          <w:rFonts w:ascii="Times New Roman" w:hAnsi="Times New Roman" w:cs="Times New Roman"/>
          <w:sz w:val="24"/>
          <w:szCs w:val="24"/>
          <w:lang w:val="en-IE"/>
        </w:rPr>
        <w:t>Write down the critical path for the network.</w:t>
      </w:r>
    </w:p>
    <w:p w:rsidR="00523E49" w:rsidRDefault="00523E49" w:rsidP="00523E49">
      <w:pPr>
        <w:pStyle w:val="NoSpacing"/>
        <w:ind w:left="360"/>
        <w:rPr>
          <w:rFonts w:ascii="Times New Roman" w:hAnsi="Times New Roman" w:cs="Times New Roman"/>
          <w:sz w:val="24"/>
          <w:szCs w:val="24"/>
        </w:rPr>
      </w:pPr>
    </w:p>
    <w:p w:rsidR="002C69A0" w:rsidRDefault="002C69A0" w:rsidP="001C1337">
      <w:pPr>
        <w:pStyle w:val="NoSpacing"/>
        <w:numPr>
          <w:ilvl w:val="0"/>
          <w:numId w:val="28"/>
        </w:numPr>
        <w:rPr>
          <w:rFonts w:ascii="Times New Roman" w:hAnsi="Times New Roman" w:cs="Times New Roman"/>
          <w:sz w:val="24"/>
          <w:szCs w:val="24"/>
          <w:lang w:val="en-IE"/>
        </w:rPr>
      </w:pPr>
      <w:r w:rsidRPr="002C69A0">
        <w:rPr>
          <w:rFonts w:ascii="Times New Roman" w:hAnsi="Times New Roman" w:cs="Times New Roman"/>
          <w:sz w:val="24"/>
          <w:szCs w:val="24"/>
          <w:lang w:val="en-IE"/>
        </w:rPr>
        <w:t>Write down the minimum time, in hours, needed to complete the stage set up.</w:t>
      </w:r>
    </w:p>
    <w:p w:rsidR="00523E49" w:rsidRDefault="00523E49" w:rsidP="00523E49">
      <w:pPr>
        <w:pStyle w:val="NoSpacing"/>
        <w:rPr>
          <w:rFonts w:ascii="Times New Roman" w:hAnsi="Times New Roman" w:cs="Times New Roman"/>
          <w:sz w:val="24"/>
          <w:szCs w:val="24"/>
          <w:lang w:val="en-IE"/>
        </w:rPr>
      </w:pPr>
    </w:p>
    <w:p w:rsidR="002C69A0" w:rsidRPr="002C69A0" w:rsidRDefault="002C69A0" w:rsidP="001C1337">
      <w:pPr>
        <w:pStyle w:val="NoSpacing"/>
        <w:numPr>
          <w:ilvl w:val="0"/>
          <w:numId w:val="28"/>
        </w:numPr>
        <w:rPr>
          <w:rFonts w:ascii="Times New Roman" w:hAnsi="Times New Roman" w:cs="Times New Roman"/>
          <w:sz w:val="24"/>
          <w:szCs w:val="24"/>
          <w:lang w:val="en-IE"/>
        </w:rPr>
      </w:pPr>
      <w:r w:rsidRPr="002C69A0">
        <w:rPr>
          <w:rFonts w:ascii="Times New Roman" w:hAnsi="Times New Roman" w:cs="Times New Roman"/>
          <w:sz w:val="24"/>
          <w:szCs w:val="24"/>
          <w:lang w:val="en-IE"/>
        </w:rPr>
        <w:t xml:space="preserve">Due to an issue with lighting, activity </w:t>
      </w:r>
      <w:r w:rsidRPr="002C69A0">
        <w:rPr>
          <w:rFonts w:ascii="Cambria Math" w:hAnsi="Cambria Math" w:cs="Cambria Math"/>
          <w:sz w:val="24"/>
          <w:szCs w:val="24"/>
          <w:lang w:val="en-IE"/>
        </w:rPr>
        <w:t>𝐺</w:t>
      </w:r>
      <w:r w:rsidRPr="002C69A0">
        <w:rPr>
          <w:rFonts w:ascii="Times New Roman" w:hAnsi="Times New Roman" w:cs="Times New Roman"/>
          <w:sz w:val="24"/>
          <w:szCs w:val="24"/>
          <w:lang w:val="en-IE"/>
        </w:rPr>
        <w:t xml:space="preserve"> is delayed by four hours.</w:t>
      </w:r>
    </w:p>
    <w:p w:rsidR="002C69A0" w:rsidRDefault="002C69A0" w:rsidP="00523E49">
      <w:pPr>
        <w:pStyle w:val="NoSpacing"/>
        <w:ind w:left="360"/>
        <w:rPr>
          <w:rFonts w:ascii="Times New Roman" w:hAnsi="Times New Roman" w:cs="Times New Roman"/>
          <w:sz w:val="24"/>
          <w:szCs w:val="24"/>
          <w:lang w:val="en-IE"/>
        </w:rPr>
      </w:pPr>
      <w:r w:rsidRPr="002C69A0">
        <w:rPr>
          <w:rFonts w:ascii="Times New Roman" w:hAnsi="Times New Roman" w:cs="Times New Roman"/>
          <w:sz w:val="24"/>
          <w:szCs w:val="24"/>
          <w:lang w:val="en-IE"/>
        </w:rPr>
        <w:t>Does this cause a delay in finishing the stage set up? Justify your answer.</w:t>
      </w:r>
    </w:p>
    <w:p w:rsidR="00523E49" w:rsidRDefault="00523E49" w:rsidP="00523E49">
      <w:pPr>
        <w:pStyle w:val="NoSpacing"/>
        <w:rPr>
          <w:rFonts w:ascii="Times New Roman" w:hAnsi="Times New Roman" w:cs="Times New Roman"/>
          <w:sz w:val="24"/>
          <w:szCs w:val="24"/>
          <w:lang w:val="en-IE"/>
        </w:rPr>
      </w:pPr>
    </w:p>
    <w:p w:rsidR="002C69A0" w:rsidRPr="002C69A0" w:rsidRDefault="002C69A0" w:rsidP="001C1337">
      <w:pPr>
        <w:pStyle w:val="NoSpacing"/>
        <w:numPr>
          <w:ilvl w:val="0"/>
          <w:numId w:val="28"/>
        </w:numPr>
        <w:rPr>
          <w:rFonts w:ascii="Times New Roman" w:hAnsi="Times New Roman" w:cs="Times New Roman"/>
          <w:sz w:val="24"/>
          <w:szCs w:val="24"/>
          <w:lang w:val="en-IE"/>
        </w:rPr>
      </w:pPr>
      <w:r w:rsidRPr="002C69A0">
        <w:rPr>
          <w:rFonts w:ascii="Times New Roman" w:hAnsi="Times New Roman" w:cs="Times New Roman"/>
          <w:sz w:val="24"/>
          <w:szCs w:val="24"/>
          <w:lang w:val="en-IE"/>
        </w:rPr>
        <w:t>The stage crew complete a ten-hour shift on their first day of setting up the stage.</w:t>
      </w:r>
    </w:p>
    <w:p w:rsidR="002C69A0" w:rsidRDefault="002C69A0" w:rsidP="00523E49">
      <w:pPr>
        <w:pStyle w:val="NoSpacing"/>
        <w:ind w:left="360"/>
        <w:rPr>
          <w:rFonts w:ascii="Times New Roman" w:hAnsi="Times New Roman" w:cs="Times New Roman"/>
          <w:sz w:val="24"/>
          <w:szCs w:val="24"/>
          <w:lang w:val="en-IE"/>
        </w:rPr>
      </w:pPr>
      <w:r w:rsidRPr="002C69A0">
        <w:rPr>
          <w:rFonts w:ascii="Times New Roman" w:hAnsi="Times New Roman" w:cs="Times New Roman"/>
          <w:sz w:val="24"/>
          <w:szCs w:val="24"/>
          <w:lang w:val="en-IE"/>
        </w:rPr>
        <w:t xml:space="preserve">State which activities must be happening when they start again on day </w:t>
      </w:r>
      <w:proofErr w:type="gramStart"/>
      <w:r w:rsidRPr="002C69A0">
        <w:rPr>
          <w:rFonts w:ascii="Times New Roman" w:hAnsi="Times New Roman" w:cs="Times New Roman"/>
          <w:sz w:val="24"/>
          <w:szCs w:val="24"/>
          <w:lang w:val="en-IE"/>
        </w:rPr>
        <w:t>two.</w:t>
      </w:r>
      <w:proofErr w:type="gramEnd"/>
    </w:p>
    <w:p w:rsidR="002C69A0" w:rsidRDefault="002C69A0">
      <w:pPr>
        <w:rPr>
          <w:rFonts w:ascii="Times New Roman" w:hAnsi="Times New Roman" w:cs="Times New Roman"/>
          <w:sz w:val="24"/>
          <w:szCs w:val="24"/>
          <w:lang w:val="en-IE"/>
        </w:rPr>
      </w:pPr>
    </w:p>
    <w:p w:rsidR="002C69A0" w:rsidRDefault="002C69A0">
      <w:pPr>
        <w:rPr>
          <w:rFonts w:ascii="Times New Roman" w:hAnsi="Times New Roman" w:cs="Times New Roman"/>
          <w:sz w:val="24"/>
          <w:szCs w:val="24"/>
          <w:lang w:val="en-IE"/>
        </w:rPr>
      </w:pPr>
    </w:p>
    <w:p w:rsidR="002C69A0" w:rsidRDefault="002C69A0">
      <w:pPr>
        <w:rPr>
          <w:rFonts w:ascii="Times New Roman" w:hAnsi="Times New Roman" w:cs="Times New Roman"/>
          <w:sz w:val="24"/>
          <w:szCs w:val="24"/>
          <w:lang w:val="en-IE"/>
        </w:rPr>
      </w:pPr>
      <w:r>
        <w:rPr>
          <w:rFonts w:ascii="Times New Roman" w:hAnsi="Times New Roman" w:cs="Times New Roman"/>
          <w:sz w:val="24"/>
          <w:szCs w:val="24"/>
          <w:lang w:val="en-IE"/>
        </w:rPr>
        <w:br w:type="page"/>
      </w:r>
    </w:p>
    <w:p w:rsidR="004D4F2F" w:rsidRPr="001C1337" w:rsidRDefault="002C69A0" w:rsidP="002C69A0">
      <w:pPr>
        <w:pStyle w:val="NoSpacing"/>
        <w:rPr>
          <w:rFonts w:ascii="Times New Roman" w:hAnsi="Times New Roman" w:cs="Times New Roman"/>
          <w:b/>
          <w:sz w:val="24"/>
          <w:szCs w:val="24"/>
          <w:lang w:val="en-IE"/>
        </w:rPr>
      </w:pPr>
      <w:r w:rsidRPr="001C1337">
        <w:rPr>
          <w:rFonts w:ascii="Times New Roman" w:hAnsi="Times New Roman" w:cs="Times New Roman"/>
          <w:b/>
          <w:sz w:val="24"/>
          <w:szCs w:val="24"/>
          <w:lang w:val="en-IE"/>
        </w:rPr>
        <w:lastRenderedPageBreak/>
        <w:t>Question 10</w:t>
      </w:r>
      <w:r w:rsidR="004D4F2F" w:rsidRPr="001C1337">
        <w:rPr>
          <w:rFonts w:ascii="Times New Roman" w:hAnsi="Times New Roman" w:cs="Times New Roman"/>
          <w:b/>
          <w:sz w:val="24"/>
          <w:szCs w:val="24"/>
          <w:lang w:val="en-IE"/>
        </w:rPr>
        <w:t xml:space="preserve"> </w:t>
      </w:r>
      <w:r w:rsidRPr="001C1337">
        <w:rPr>
          <w:rFonts w:ascii="Times New Roman" w:hAnsi="Times New Roman" w:cs="Times New Roman"/>
          <w:b/>
          <w:sz w:val="24"/>
          <w:szCs w:val="24"/>
          <w:lang w:val="en-IE"/>
        </w:rPr>
        <w:t xml:space="preserve">(a) </w:t>
      </w:r>
    </w:p>
    <w:p w:rsidR="002C69A0" w:rsidRPr="004D4F2F"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A small local jewellery business started selling their products online on January 1st 2024.</w:t>
      </w:r>
    </w:p>
    <w:p w:rsidR="002C69A0" w:rsidRPr="004D4F2F"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They sold nine pieces of jewellery in January and twelve pieces in February.</w:t>
      </w:r>
    </w:p>
    <w:p w:rsidR="004D4F2F"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 xml:space="preserve">With a marketing plan the business predicts a strong growth in online sales. </w:t>
      </w:r>
    </w:p>
    <w:p w:rsidR="002C69A0" w:rsidRPr="004D4F2F"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 xml:space="preserve">They predict that </w:t>
      </w:r>
      <w:r w:rsidRPr="004D4F2F">
        <w:rPr>
          <w:rFonts w:ascii="Cambria Math" w:hAnsi="Cambria Math" w:cs="Cambria Math"/>
          <w:sz w:val="24"/>
          <w:szCs w:val="24"/>
          <w:lang w:val="en-IE"/>
        </w:rPr>
        <w:t>𝐽</w:t>
      </w:r>
      <w:r w:rsidRPr="004D4F2F">
        <w:rPr>
          <w:rFonts w:ascii="Times New Roman" w:hAnsi="Times New Roman" w:cs="Times New Roman"/>
          <w:sz w:val="24"/>
          <w:szCs w:val="24"/>
          <w:lang w:val="en-IE"/>
        </w:rPr>
        <w:t>, the number of such jewellery pieces sold in any month, will be equal to the number of pieces sold the previous month plus twice the number of pieces sold the month before that.</w:t>
      </w:r>
    </w:p>
    <w:p w:rsidR="002C69A0" w:rsidRPr="004D4F2F"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This prediction can be expressed as the second-order difference equation:</w:t>
      </w:r>
    </w:p>
    <w:p w:rsidR="004D4F2F" w:rsidRPr="004D4F2F" w:rsidRDefault="004D4F2F" w:rsidP="002C69A0">
      <w:pPr>
        <w:pStyle w:val="NoSpacing"/>
        <w:rPr>
          <w:rFonts w:ascii="Times New Roman" w:hAnsi="Times New Roman" w:cs="Times New Roman"/>
          <w:sz w:val="24"/>
          <w:szCs w:val="24"/>
          <w:lang w:val="en-IE"/>
        </w:rPr>
      </w:pPr>
    </w:p>
    <w:p w:rsidR="004D4F2F" w:rsidRPr="004D4F2F" w:rsidRDefault="004D4F2F" w:rsidP="004D4F2F">
      <w:pPr>
        <w:pStyle w:val="NoSpacing"/>
        <w:jc w:val="center"/>
        <w:rPr>
          <w:rFonts w:ascii="Times New Roman" w:hAnsi="Times New Roman" w:cs="Times New Roman"/>
          <w:sz w:val="24"/>
          <w:szCs w:val="24"/>
          <w:lang w:val="en-IE"/>
        </w:rPr>
      </w:pPr>
      <m:oMathPara>
        <m:oMath>
          <m:sSub>
            <m:sSubPr>
              <m:ctrlPr>
                <w:rPr>
                  <w:rFonts w:ascii="Cambria Math" w:hAnsi="Cambria Math" w:cs="Times New Roman"/>
                  <w:i/>
                  <w:sz w:val="24"/>
                  <w:szCs w:val="24"/>
                  <w:lang w:val="en-IE"/>
                </w:rPr>
              </m:ctrlPr>
            </m:sSubPr>
            <m:e>
              <m:r>
                <w:rPr>
                  <w:rFonts w:ascii="Cambria Math" w:hAnsi="Cambria Math" w:cs="Times New Roman"/>
                  <w:sz w:val="24"/>
                  <w:szCs w:val="24"/>
                  <w:lang w:val="en-IE"/>
                </w:rPr>
                <m:t>J</m:t>
              </m:r>
            </m:e>
            <m:sub>
              <m:r>
                <w:rPr>
                  <w:rFonts w:ascii="Cambria Math" w:hAnsi="Cambria Math" w:cs="Times New Roman"/>
                  <w:sz w:val="24"/>
                  <w:szCs w:val="24"/>
                  <w:lang w:val="en-IE"/>
                </w:rPr>
                <m:t>n+2</m:t>
              </m:r>
            </m:sub>
          </m:sSub>
          <m:r>
            <w:rPr>
              <w:rFonts w:ascii="Cambria Math" w:hAnsi="Cambria Math" w:cs="Times New Roman"/>
              <w:sz w:val="24"/>
              <w:szCs w:val="24"/>
              <w:lang w:val="en-IE"/>
            </w:rPr>
            <m:t>-</m:t>
          </m:r>
          <m:sSub>
            <m:sSubPr>
              <m:ctrlPr>
                <w:rPr>
                  <w:rFonts w:ascii="Cambria Math" w:hAnsi="Cambria Math" w:cs="Times New Roman"/>
                  <w:i/>
                  <w:sz w:val="24"/>
                  <w:szCs w:val="24"/>
                  <w:lang w:val="en-IE"/>
                </w:rPr>
              </m:ctrlPr>
            </m:sSubPr>
            <m:e>
              <m:r>
                <w:rPr>
                  <w:rFonts w:ascii="Cambria Math" w:hAnsi="Cambria Math" w:cs="Times New Roman"/>
                  <w:sz w:val="24"/>
                  <w:szCs w:val="24"/>
                  <w:lang w:val="en-IE"/>
                </w:rPr>
                <m:t>J</m:t>
              </m:r>
            </m:e>
            <m:sub>
              <m:r>
                <w:rPr>
                  <w:rFonts w:ascii="Cambria Math" w:hAnsi="Cambria Math" w:cs="Times New Roman"/>
                  <w:sz w:val="24"/>
                  <w:szCs w:val="24"/>
                  <w:lang w:val="en-IE"/>
                </w:rPr>
                <m:t>n+1</m:t>
              </m:r>
            </m:sub>
          </m:sSub>
          <m:r>
            <w:rPr>
              <w:rFonts w:ascii="Cambria Math" w:hAnsi="Cambria Math" w:cs="Times New Roman"/>
              <w:sz w:val="24"/>
              <w:szCs w:val="24"/>
              <w:lang w:val="en-IE"/>
            </w:rPr>
            <m:t>-</m:t>
          </m:r>
          <m:sSub>
            <m:sSubPr>
              <m:ctrlPr>
                <w:rPr>
                  <w:rFonts w:ascii="Cambria Math" w:hAnsi="Cambria Math" w:cs="Times New Roman"/>
                  <w:i/>
                  <w:sz w:val="24"/>
                  <w:szCs w:val="24"/>
                  <w:lang w:val="en-IE"/>
                </w:rPr>
              </m:ctrlPr>
            </m:sSubPr>
            <m:e>
              <m:r>
                <w:rPr>
                  <w:rFonts w:ascii="Cambria Math" w:hAnsi="Cambria Math" w:cs="Times New Roman"/>
                  <w:sz w:val="24"/>
                  <w:szCs w:val="24"/>
                  <w:lang w:val="en-IE"/>
                </w:rPr>
                <m:t>2J</m:t>
              </m:r>
            </m:e>
            <m:sub>
              <m:r>
                <w:rPr>
                  <w:rFonts w:ascii="Cambria Math" w:hAnsi="Cambria Math" w:cs="Times New Roman"/>
                  <w:sz w:val="24"/>
                  <w:szCs w:val="24"/>
                  <w:lang w:val="en-IE"/>
                </w:rPr>
                <m:t>n</m:t>
              </m:r>
            </m:sub>
          </m:sSub>
          <m:r>
            <w:rPr>
              <w:rFonts w:ascii="Cambria Math" w:hAnsi="Cambria Math" w:cs="Times New Roman"/>
              <w:sz w:val="24"/>
              <w:szCs w:val="24"/>
              <w:lang w:val="en-IE"/>
            </w:rPr>
            <m:t>=0</m:t>
          </m:r>
        </m:oMath>
      </m:oMathPara>
    </w:p>
    <w:p w:rsidR="002C69A0" w:rsidRPr="004D4F2F" w:rsidRDefault="002C69A0" w:rsidP="002C69A0">
      <w:pPr>
        <w:pStyle w:val="NoSpacing"/>
        <w:rPr>
          <w:rFonts w:ascii="Times New Roman" w:hAnsi="Times New Roman" w:cs="Times New Roman"/>
          <w:sz w:val="24"/>
          <w:szCs w:val="24"/>
          <w:lang w:val="en-IE"/>
        </w:rPr>
      </w:pPr>
    </w:p>
    <w:p w:rsidR="002C69A0" w:rsidRPr="004D4F2F" w:rsidRDefault="002C69A0" w:rsidP="002C69A0">
      <w:pPr>
        <w:pStyle w:val="NoSpacing"/>
        <w:rPr>
          <w:rFonts w:ascii="Times New Roman" w:hAnsi="Times New Roman" w:cs="Times New Roman"/>
          <w:sz w:val="24"/>
          <w:szCs w:val="24"/>
          <w:lang w:val="en-IE"/>
        </w:rPr>
      </w:pPr>
      <w:proofErr w:type="gramStart"/>
      <w:r w:rsidRPr="004D4F2F">
        <w:rPr>
          <w:rFonts w:ascii="Times New Roman" w:hAnsi="Times New Roman" w:cs="Times New Roman"/>
          <w:sz w:val="24"/>
          <w:szCs w:val="24"/>
          <w:lang w:val="en-IE"/>
        </w:rPr>
        <w:t>where</w:t>
      </w:r>
      <w:proofErr w:type="gramEnd"/>
      <w:r w:rsidRPr="004D4F2F">
        <w:rPr>
          <w:rFonts w:ascii="Times New Roman" w:hAnsi="Times New Roman" w:cs="Times New Roman"/>
          <w:sz w:val="24"/>
          <w:szCs w:val="24"/>
          <w:lang w:val="en-IE"/>
        </w:rPr>
        <w:t xml:space="preserve"> </w:t>
      </w:r>
      <w:r w:rsidRPr="004D4F2F">
        <w:rPr>
          <w:rFonts w:ascii="Cambria Math" w:hAnsi="Cambria Math" w:cs="Cambria Math"/>
          <w:sz w:val="24"/>
          <w:szCs w:val="24"/>
          <w:lang w:val="en-IE"/>
        </w:rPr>
        <w:t>𝑛</w:t>
      </w:r>
      <w:r w:rsidRPr="004D4F2F">
        <w:rPr>
          <w:rFonts w:ascii="Times New Roman" w:hAnsi="Times New Roman" w:cs="Times New Roman"/>
          <w:sz w:val="24"/>
          <w:szCs w:val="24"/>
          <w:lang w:val="en-IE"/>
        </w:rPr>
        <w:t xml:space="preserve"> ≥ 0, </w:t>
      </w:r>
      <w:r w:rsidRPr="004D4F2F">
        <w:rPr>
          <w:rFonts w:ascii="Cambria Math" w:hAnsi="Cambria Math" w:cs="Cambria Math"/>
          <w:sz w:val="24"/>
          <w:szCs w:val="24"/>
          <w:lang w:val="en-IE"/>
        </w:rPr>
        <w:t>𝑛</w:t>
      </w:r>
      <w:r w:rsidRPr="004D4F2F">
        <w:rPr>
          <w:rFonts w:ascii="Times New Roman" w:hAnsi="Times New Roman" w:cs="Times New Roman"/>
          <w:sz w:val="24"/>
          <w:szCs w:val="24"/>
          <w:lang w:val="en-IE"/>
        </w:rPr>
        <w:t xml:space="preserve"> </w:t>
      </w:r>
      <w:r w:rsidRPr="004D4F2F">
        <w:rPr>
          <w:rFonts w:ascii="Cambria Math" w:hAnsi="Cambria Math" w:cs="Cambria Math"/>
          <w:sz w:val="24"/>
          <w:szCs w:val="24"/>
          <w:lang w:val="en-IE"/>
        </w:rPr>
        <w:t>∈</w:t>
      </w:r>
      <w:r w:rsidRPr="004D4F2F">
        <w:rPr>
          <w:rFonts w:ascii="Times New Roman" w:hAnsi="Times New Roman" w:cs="Times New Roman"/>
          <w:sz w:val="24"/>
          <w:szCs w:val="24"/>
          <w:lang w:val="en-IE"/>
        </w:rPr>
        <w:t xml:space="preserve"> ℤ, </w:t>
      </w:r>
      <w:r w:rsidRPr="004D4F2F">
        <w:rPr>
          <w:rFonts w:ascii="Cambria Math" w:hAnsi="Cambria Math" w:cs="Cambria Math"/>
          <w:sz w:val="24"/>
          <w:szCs w:val="24"/>
          <w:lang w:val="en-IE"/>
        </w:rPr>
        <w:t>𝐽</w:t>
      </w:r>
      <w:r w:rsidR="004D4F2F" w:rsidRPr="004D4F2F">
        <w:rPr>
          <w:rFonts w:ascii="Times New Roman" w:eastAsia="Cambria" w:hAnsi="Times New Roman" w:cs="Times New Roman"/>
          <w:sz w:val="24"/>
          <w:szCs w:val="24"/>
          <w:vertAlign w:val="subscript"/>
          <w:lang w:val="en-IE"/>
        </w:rPr>
        <w:t>0</w:t>
      </w:r>
      <w:r w:rsidRPr="004D4F2F">
        <w:rPr>
          <w:rFonts w:ascii="Times New Roman" w:hAnsi="Times New Roman" w:cs="Times New Roman"/>
          <w:sz w:val="24"/>
          <w:szCs w:val="24"/>
          <w:lang w:val="en-IE"/>
        </w:rPr>
        <w:t xml:space="preserve"> = 9 and </w:t>
      </w:r>
      <w:r w:rsidRPr="004D4F2F">
        <w:rPr>
          <w:rFonts w:ascii="Cambria Math" w:hAnsi="Cambria Math" w:cs="Cambria Math"/>
          <w:sz w:val="24"/>
          <w:szCs w:val="24"/>
          <w:lang w:val="en-IE"/>
        </w:rPr>
        <w:t>𝐽</w:t>
      </w:r>
      <w:r w:rsidR="004D4F2F" w:rsidRPr="004D4F2F">
        <w:rPr>
          <w:rFonts w:ascii="Times New Roman" w:eastAsia="Cambria" w:hAnsi="Times New Roman" w:cs="Times New Roman"/>
          <w:sz w:val="24"/>
          <w:szCs w:val="24"/>
          <w:vertAlign w:val="subscript"/>
          <w:lang w:val="en-IE"/>
        </w:rPr>
        <w:t>1</w:t>
      </w:r>
      <w:r w:rsidRPr="004D4F2F">
        <w:rPr>
          <w:rFonts w:ascii="Times New Roman" w:hAnsi="Times New Roman" w:cs="Times New Roman"/>
          <w:sz w:val="24"/>
          <w:szCs w:val="24"/>
          <w:lang w:val="en-IE"/>
        </w:rPr>
        <w:t xml:space="preserve"> = 12.</w:t>
      </w:r>
    </w:p>
    <w:p w:rsidR="004D4F2F" w:rsidRPr="004D4F2F" w:rsidRDefault="004D4F2F" w:rsidP="002C69A0">
      <w:pPr>
        <w:pStyle w:val="NoSpacing"/>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lang w:val="en-IE"/>
        </w:rPr>
      </w:pPr>
      <w:r w:rsidRPr="004D4F2F">
        <w:rPr>
          <w:rFonts w:ascii="Times New Roman" w:hAnsi="Times New Roman" w:cs="Times New Roman"/>
          <w:sz w:val="24"/>
          <w:szCs w:val="24"/>
          <w:lang w:val="en-IE"/>
        </w:rPr>
        <w:t xml:space="preserve">This difference equation has the characteristic quadratic equation </w:t>
      </w:r>
      <w:r w:rsidRPr="004D4F2F">
        <w:rPr>
          <w:rFonts w:ascii="Cambria Math" w:hAnsi="Cambria Math" w:cs="Cambria Math"/>
          <w:sz w:val="24"/>
          <w:szCs w:val="24"/>
          <w:lang w:val="en-IE"/>
        </w:rPr>
        <w:t>𝑥</w:t>
      </w:r>
      <w:r w:rsidR="004D4F2F" w:rsidRPr="004D4F2F">
        <w:rPr>
          <w:rFonts w:ascii="Times New Roman" w:hAnsi="Times New Roman" w:cs="Times New Roman"/>
          <w:sz w:val="24"/>
          <w:szCs w:val="24"/>
          <w:vertAlign w:val="superscript"/>
          <w:lang w:val="en-IE"/>
        </w:rPr>
        <w:t>2</w:t>
      </w:r>
      <w:r w:rsidRPr="004D4F2F">
        <w:rPr>
          <w:rFonts w:ascii="Times New Roman" w:hAnsi="Times New Roman" w:cs="Times New Roman"/>
          <w:sz w:val="24"/>
          <w:szCs w:val="24"/>
          <w:lang w:val="en-IE"/>
        </w:rPr>
        <w:t xml:space="preserve"> − </w:t>
      </w:r>
      <w:r w:rsidRPr="004D4F2F">
        <w:rPr>
          <w:rFonts w:ascii="Cambria Math" w:hAnsi="Cambria Math" w:cs="Cambria Math"/>
          <w:sz w:val="24"/>
          <w:szCs w:val="24"/>
          <w:lang w:val="en-IE"/>
        </w:rPr>
        <w:t>𝑥</w:t>
      </w:r>
      <w:r w:rsidRPr="004D4F2F">
        <w:rPr>
          <w:rFonts w:ascii="Times New Roman" w:hAnsi="Times New Roman" w:cs="Times New Roman"/>
          <w:sz w:val="24"/>
          <w:szCs w:val="24"/>
          <w:lang w:val="en-IE"/>
        </w:rPr>
        <w:t xml:space="preserve"> −2 = 0.</w:t>
      </w:r>
    </w:p>
    <w:p w:rsidR="001C1337" w:rsidRPr="004D4F2F" w:rsidRDefault="001C1337" w:rsidP="002C69A0">
      <w:pPr>
        <w:pStyle w:val="NoSpacing"/>
        <w:rPr>
          <w:rFonts w:ascii="Times New Roman" w:hAnsi="Times New Roman" w:cs="Times New Roman"/>
          <w:sz w:val="24"/>
          <w:szCs w:val="24"/>
          <w:lang w:val="en-IE"/>
        </w:rPr>
      </w:pPr>
    </w:p>
    <w:p w:rsidR="002C69A0" w:rsidRDefault="002C69A0" w:rsidP="001C1337">
      <w:pPr>
        <w:pStyle w:val="NoSpacing"/>
        <w:numPr>
          <w:ilvl w:val="0"/>
          <w:numId w:val="26"/>
        </w:numPr>
        <w:rPr>
          <w:rFonts w:ascii="Times New Roman" w:hAnsi="Times New Roman" w:cs="Times New Roman"/>
          <w:sz w:val="24"/>
          <w:szCs w:val="24"/>
          <w:lang w:val="en-IE"/>
        </w:rPr>
      </w:pPr>
      <w:r w:rsidRPr="004D4F2F">
        <w:rPr>
          <w:rFonts w:ascii="Times New Roman" w:hAnsi="Times New Roman" w:cs="Times New Roman"/>
          <w:sz w:val="24"/>
          <w:szCs w:val="24"/>
          <w:lang w:val="en-IE"/>
        </w:rPr>
        <w:t>Solve this quadratic equation, i.e. calculate the two roots of the equation.</w:t>
      </w:r>
    </w:p>
    <w:p w:rsidR="002C69A0" w:rsidRDefault="002C69A0" w:rsidP="001C1337">
      <w:pPr>
        <w:pStyle w:val="NoSpacing"/>
        <w:numPr>
          <w:ilvl w:val="0"/>
          <w:numId w:val="26"/>
        </w:numPr>
        <w:rPr>
          <w:rFonts w:ascii="Times New Roman" w:hAnsi="Times New Roman" w:cs="Times New Roman"/>
          <w:sz w:val="24"/>
          <w:szCs w:val="24"/>
          <w:lang w:val="en-IE"/>
        </w:rPr>
      </w:pPr>
      <w:r w:rsidRPr="002C69A0">
        <w:rPr>
          <w:rFonts w:ascii="Times New Roman" w:hAnsi="Times New Roman" w:cs="Times New Roman"/>
          <w:sz w:val="24"/>
          <w:szCs w:val="24"/>
          <w:lang w:val="en-IE"/>
        </w:rPr>
        <w:t xml:space="preserve">Hence or otherwise, solve the difference equation to find an expression for </w:t>
      </w:r>
      <w:r w:rsidRPr="002C69A0">
        <w:rPr>
          <w:rFonts w:ascii="Cambria Math" w:hAnsi="Cambria Math" w:cs="Cambria Math"/>
          <w:sz w:val="24"/>
          <w:szCs w:val="24"/>
          <w:lang w:val="en-IE"/>
        </w:rPr>
        <w:t>𝐽</w:t>
      </w:r>
      <w:r w:rsidR="004D4F2F" w:rsidRPr="004D4F2F">
        <w:rPr>
          <w:rFonts w:ascii="Times New Roman" w:eastAsia="Times New Roman" w:hAnsi="Times New Roman" w:cs="Times New Roman"/>
          <w:sz w:val="24"/>
          <w:szCs w:val="24"/>
          <w:vertAlign w:val="subscript"/>
          <w:lang w:val="en-IE"/>
        </w:rPr>
        <w:t>n</w:t>
      </w:r>
      <w:r w:rsidRPr="002C69A0">
        <w:rPr>
          <w:rFonts w:ascii="Times New Roman" w:hAnsi="Times New Roman" w:cs="Times New Roman"/>
          <w:sz w:val="24"/>
          <w:szCs w:val="24"/>
          <w:lang w:val="en-IE"/>
        </w:rPr>
        <w:t xml:space="preserve"> in terms of </w:t>
      </w:r>
      <w:r w:rsidRPr="002C69A0">
        <w:rPr>
          <w:rFonts w:ascii="Cambria Math" w:hAnsi="Cambria Math" w:cs="Cambria Math"/>
          <w:sz w:val="24"/>
          <w:szCs w:val="24"/>
          <w:lang w:val="en-IE"/>
        </w:rPr>
        <w:t>𝑛</w:t>
      </w:r>
      <w:r w:rsidRPr="002C69A0">
        <w:rPr>
          <w:rFonts w:ascii="Times New Roman" w:hAnsi="Times New Roman" w:cs="Times New Roman"/>
          <w:sz w:val="24"/>
          <w:szCs w:val="24"/>
          <w:lang w:val="en-IE"/>
        </w:rPr>
        <w:t>.</w:t>
      </w:r>
    </w:p>
    <w:p w:rsidR="002C69A0" w:rsidRDefault="002C69A0" w:rsidP="001C1337">
      <w:pPr>
        <w:pStyle w:val="NoSpacing"/>
        <w:numPr>
          <w:ilvl w:val="0"/>
          <w:numId w:val="26"/>
        </w:numPr>
        <w:rPr>
          <w:rFonts w:ascii="Times New Roman" w:hAnsi="Times New Roman" w:cs="Times New Roman"/>
          <w:sz w:val="24"/>
          <w:szCs w:val="24"/>
          <w:lang w:val="en-IE"/>
        </w:rPr>
      </w:pPr>
      <w:r w:rsidRPr="002C69A0">
        <w:rPr>
          <w:rFonts w:ascii="Times New Roman" w:hAnsi="Times New Roman" w:cs="Times New Roman"/>
          <w:sz w:val="24"/>
          <w:szCs w:val="24"/>
          <w:lang w:val="en-IE"/>
        </w:rPr>
        <w:t>Calculate the number of pieces of jewellery that the model predicts the business will sell in</w:t>
      </w:r>
      <w:r w:rsidR="004D4F2F">
        <w:rPr>
          <w:rFonts w:ascii="Times New Roman" w:hAnsi="Times New Roman" w:cs="Times New Roman"/>
          <w:sz w:val="24"/>
          <w:szCs w:val="24"/>
          <w:lang w:val="en-IE"/>
        </w:rPr>
        <w:t xml:space="preserve"> </w:t>
      </w:r>
      <w:r w:rsidRPr="002C69A0">
        <w:rPr>
          <w:rFonts w:ascii="Times New Roman" w:hAnsi="Times New Roman" w:cs="Times New Roman"/>
          <w:sz w:val="24"/>
          <w:szCs w:val="24"/>
          <w:lang w:val="en-IE"/>
        </w:rPr>
        <w:t>July (month 6 of trading online).</w:t>
      </w:r>
    </w:p>
    <w:p w:rsidR="002C69A0" w:rsidRDefault="002C69A0" w:rsidP="002C69A0">
      <w:pPr>
        <w:pStyle w:val="NoSpacing"/>
        <w:rPr>
          <w:rFonts w:ascii="Times New Roman" w:hAnsi="Times New Roman" w:cs="Times New Roman"/>
          <w:sz w:val="24"/>
          <w:szCs w:val="24"/>
          <w:lang w:val="en-IE"/>
        </w:rPr>
      </w:pPr>
    </w:p>
    <w:p w:rsidR="001C1337" w:rsidRDefault="001C1337" w:rsidP="002C69A0">
      <w:pPr>
        <w:pStyle w:val="NoSpacing"/>
        <w:rPr>
          <w:rFonts w:ascii="Times New Roman" w:hAnsi="Times New Roman" w:cs="Times New Roman"/>
          <w:sz w:val="24"/>
          <w:szCs w:val="24"/>
          <w:lang w:val="en-IE"/>
        </w:rPr>
      </w:pPr>
    </w:p>
    <w:p w:rsidR="001C1337" w:rsidRDefault="001C1337" w:rsidP="002C69A0">
      <w:pPr>
        <w:pStyle w:val="NoSpacing"/>
        <w:rPr>
          <w:rFonts w:ascii="Times New Roman" w:hAnsi="Times New Roman" w:cs="Times New Roman"/>
          <w:sz w:val="24"/>
          <w:szCs w:val="24"/>
          <w:lang w:val="en-IE"/>
        </w:rPr>
      </w:pPr>
    </w:p>
    <w:p w:rsidR="001C1337" w:rsidRPr="001C1337" w:rsidRDefault="001C1337" w:rsidP="001C1337">
      <w:pPr>
        <w:pStyle w:val="NoSpacing"/>
        <w:rPr>
          <w:rFonts w:ascii="Times New Roman" w:hAnsi="Times New Roman" w:cs="Times New Roman"/>
          <w:b/>
          <w:sz w:val="24"/>
          <w:szCs w:val="24"/>
          <w:lang w:val="en-IE"/>
        </w:rPr>
      </w:pPr>
      <w:r w:rsidRPr="001C1337">
        <w:rPr>
          <w:rFonts w:ascii="Times New Roman" w:hAnsi="Times New Roman" w:cs="Times New Roman"/>
          <w:b/>
          <w:sz w:val="24"/>
          <w:szCs w:val="24"/>
          <w:lang w:val="en-IE"/>
        </w:rPr>
        <w:t xml:space="preserve">Question 10 </w:t>
      </w:r>
      <w:r>
        <w:rPr>
          <w:rFonts w:ascii="Times New Roman" w:hAnsi="Times New Roman" w:cs="Times New Roman"/>
          <w:b/>
          <w:sz w:val="24"/>
          <w:szCs w:val="24"/>
          <w:lang w:val="en-IE"/>
        </w:rPr>
        <w:t>(b</w:t>
      </w:r>
      <w:r w:rsidRPr="001C1337">
        <w:rPr>
          <w:rFonts w:ascii="Times New Roman" w:hAnsi="Times New Roman" w:cs="Times New Roman"/>
          <w:b/>
          <w:sz w:val="24"/>
          <w:szCs w:val="24"/>
          <w:lang w:val="en-IE"/>
        </w:rPr>
        <w:t xml:space="preserve">) </w:t>
      </w:r>
    </w:p>
    <w:p w:rsidR="002C69A0" w:rsidRPr="002C69A0" w:rsidRDefault="002C69A0" w:rsidP="002C69A0">
      <w:pPr>
        <w:pStyle w:val="NoSpacing"/>
        <w:rPr>
          <w:rFonts w:ascii="Times New Roman" w:hAnsi="Times New Roman" w:cs="Times New Roman"/>
          <w:sz w:val="24"/>
          <w:szCs w:val="24"/>
          <w:lang w:val="en-IE"/>
        </w:rPr>
      </w:pPr>
      <w:r w:rsidRPr="002C69A0">
        <w:rPr>
          <w:rFonts w:ascii="Times New Roman" w:hAnsi="Times New Roman" w:cs="Times New Roman"/>
          <w:sz w:val="24"/>
          <w:szCs w:val="24"/>
          <w:lang w:val="en-IE"/>
        </w:rPr>
        <w:t>John’s parents started a college fund for him when he was born in June 2006.</w:t>
      </w:r>
    </w:p>
    <w:p w:rsidR="002C69A0" w:rsidRPr="002C69A0" w:rsidRDefault="002C69A0" w:rsidP="002C69A0">
      <w:pPr>
        <w:pStyle w:val="NoSpacing"/>
        <w:rPr>
          <w:rFonts w:ascii="Times New Roman" w:hAnsi="Times New Roman" w:cs="Times New Roman"/>
          <w:sz w:val="24"/>
          <w:szCs w:val="24"/>
          <w:lang w:val="en-IE"/>
        </w:rPr>
      </w:pPr>
      <w:r w:rsidRPr="002C69A0">
        <w:rPr>
          <w:rFonts w:ascii="Times New Roman" w:hAnsi="Times New Roman" w:cs="Times New Roman"/>
          <w:sz w:val="24"/>
          <w:szCs w:val="24"/>
          <w:lang w:val="en-IE"/>
        </w:rPr>
        <w:t>On his birth date they invested €3000.</w:t>
      </w:r>
    </w:p>
    <w:p w:rsidR="002C69A0" w:rsidRPr="002C69A0" w:rsidRDefault="002C69A0" w:rsidP="002C69A0">
      <w:pPr>
        <w:pStyle w:val="NoSpacing"/>
        <w:rPr>
          <w:rFonts w:ascii="Times New Roman" w:hAnsi="Times New Roman" w:cs="Times New Roman"/>
          <w:sz w:val="24"/>
          <w:szCs w:val="24"/>
          <w:lang w:val="en-IE"/>
        </w:rPr>
      </w:pPr>
      <w:r w:rsidRPr="002C69A0">
        <w:rPr>
          <w:rFonts w:ascii="Times New Roman" w:hAnsi="Times New Roman" w:cs="Times New Roman"/>
          <w:sz w:val="24"/>
          <w:szCs w:val="24"/>
          <w:lang w:val="en-IE"/>
        </w:rPr>
        <w:t>Every year after that, on his birthday, they put €1500 into the fund, which earned a fixed</w:t>
      </w:r>
      <w:r>
        <w:rPr>
          <w:rFonts w:ascii="Times New Roman" w:hAnsi="Times New Roman" w:cs="Times New Roman"/>
          <w:sz w:val="24"/>
          <w:szCs w:val="24"/>
          <w:lang w:val="en-IE"/>
        </w:rPr>
        <w:t xml:space="preserve"> </w:t>
      </w:r>
      <w:r w:rsidRPr="002C69A0">
        <w:rPr>
          <w:rFonts w:ascii="Times New Roman" w:hAnsi="Times New Roman" w:cs="Times New Roman"/>
          <w:sz w:val="24"/>
          <w:szCs w:val="24"/>
          <w:lang w:val="en-IE"/>
        </w:rPr>
        <w:t>annual interest rate of 5.5%.</w:t>
      </w:r>
    </w:p>
    <w:p w:rsidR="002C69A0" w:rsidRDefault="002C69A0" w:rsidP="002C69A0">
      <w:pPr>
        <w:pStyle w:val="NoSpacing"/>
        <w:rPr>
          <w:rFonts w:ascii="Times New Roman" w:hAnsi="Times New Roman" w:cs="Times New Roman"/>
          <w:sz w:val="24"/>
          <w:szCs w:val="24"/>
          <w:lang w:val="en-IE"/>
        </w:rPr>
      </w:pPr>
      <w:r w:rsidRPr="002C69A0">
        <w:rPr>
          <w:rFonts w:ascii="Times New Roman" w:hAnsi="Times New Roman" w:cs="Times New Roman"/>
          <w:sz w:val="24"/>
          <w:szCs w:val="24"/>
          <w:lang w:val="en-IE"/>
        </w:rPr>
        <w:t xml:space="preserve">The value, </w:t>
      </w:r>
      <w:r w:rsidRPr="002C69A0">
        <w:rPr>
          <w:rFonts w:ascii="Cambria Math" w:hAnsi="Cambria Math" w:cs="Cambria Math"/>
          <w:sz w:val="24"/>
          <w:szCs w:val="24"/>
          <w:lang w:val="en-IE"/>
        </w:rPr>
        <w:t>𝑃</w:t>
      </w:r>
      <w:r w:rsidRPr="002C69A0">
        <w:rPr>
          <w:rFonts w:ascii="Times New Roman" w:hAnsi="Times New Roman" w:cs="Times New Roman"/>
          <w:sz w:val="24"/>
          <w:szCs w:val="24"/>
          <w:lang w:val="en-IE"/>
        </w:rPr>
        <w:t xml:space="preserve">, in €, of John’s college fund after </w:t>
      </w:r>
      <w:r w:rsidRPr="002C69A0">
        <w:rPr>
          <w:rFonts w:ascii="Cambria Math" w:hAnsi="Cambria Math" w:cs="Cambria Math"/>
          <w:sz w:val="24"/>
          <w:szCs w:val="24"/>
          <w:lang w:val="en-IE"/>
        </w:rPr>
        <w:t>𝑛</w:t>
      </w:r>
      <w:r w:rsidRPr="002C69A0">
        <w:rPr>
          <w:rFonts w:ascii="Times New Roman" w:hAnsi="Times New Roman" w:cs="Times New Roman"/>
          <w:sz w:val="24"/>
          <w:szCs w:val="24"/>
          <w:lang w:val="en-IE"/>
        </w:rPr>
        <w:t xml:space="preserve"> years may be modelled by the difference</w:t>
      </w:r>
      <w:r>
        <w:rPr>
          <w:rFonts w:ascii="Times New Roman" w:hAnsi="Times New Roman" w:cs="Times New Roman"/>
          <w:sz w:val="24"/>
          <w:szCs w:val="24"/>
          <w:lang w:val="en-IE"/>
        </w:rPr>
        <w:t xml:space="preserve"> </w:t>
      </w:r>
      <w:r w:rsidRPr="002C69A0">
        <w:rPr>
          <w:rFonts w:ascii="Times New Roman" w:hAnsi="Times New Roman" w:cs="Times New Roman"/>
          <w:sz w:val="24"/>
          <w:szCs w:val="24"/>
          <w:lang w:val="en-IE"/>
        </w:rPr>
        <w:t>equation:</w:t>
      </w:r>
    </w:p>
    <w:p w:rsidR="001C1337" w:rsidRDefault="001C1337" w:rsidP="002C69A0">
      <w:pPr>
        <w:pStyle w:val="NoSpacing"/>
        <w:rPr>
          <w:rFonts w:ascii="Times New Roman" w:hAnsi="Times New Roman" w:cs="Times New Roman"/>
          <w:sz w:val="24"/>
          <w:szCs w:val="24"/>
          <w:lang w:val="en-IE"/>
        </w:rPr>
      </w:pPr>
    </w:p>
    <w:p w:rsidR="001C1337" w:rsidRPr="004D4F2F" w:rsidRDefault="001C1337" w:rsidP="001C1337">
      <w:pPr>
        <w:pStyle w:val="NoSpacing"/>
        <w:jc w:val="center"/>
        <w:rPr>
          <w:rFonts w:ascii="Times New Roman" w:hAnsi="Times New Roman" w:cs="Times New Roman"/>
          <w:sz w:val="24"/>
          <w:szCs w:val="24"/>
          <w:lang w:val="en-IE"/>
        </w:rPr>
      </w:pPr>
      <m:oMathPara>
        <m:oMath>
          <m:sSub>
            <m:sSubPr>
              <m:ctrlPr>
                <w:rPr>
                  <w:rFonts w:ascii="Cambria Math" w:hAnsi="Cambria Math" w:cs="Times New Roman"/>
                  <w:i/>
                  <w:sz w:val="24"/>
                  <w:szCs w:val="24"/>
                  <w:lang w:val="en-IE"/>
                </w:rPr>
              </m:ctrlPr>
            </m:sSubPr>
            <m:e>
              <m:r>
                <w:rPr>
                  <w:rFonts w:ascii="Cambria Math" w:hAnsi="Cambria Math" w:cs="Times New Roman"/>
                  <w:sz w:val="24"/>
                  <w:szCs w:val="24"/>
                  <w:lang w:val="en-IE"/>
                </w:rPr>
                <m:t>P</m:t>
              </m:r>
            </m:e>
            <m:sub>
              <m:r>
                <w:rPr>
                  <w:rFonts w:ascii="Cambria Math" w:hAnsi="Cambria Math" w:cs="Times New Roman"/>
                  <w:sz w:val="24"/>
                  <w:szCs w:val="24"/>
                  <w:lang w:val="en-IE"/>
                </w:rPr>
                <m:t>n+</m:t>
              </m:r>
              <m:r>
                <w:rPr>
                  <w:rFonts w:ascii="Cambria Math" w:hAnsi="Cambria Math" w:cs="Times New Roman"/>
                  <w:sz w:val="24"/>
                  <w:szCs w:val="24"/>
                  <w:lang w:val="en-IE"/>
                </w:rPr>
                <m:t>1</m:t>
              </m:r>
            </m:sub>
          </m:sSub>
          <m:r>
            <w:rPr>
              <w:rFonts w:ascii="Cambria Math" w:hAnsi="Cambria Math" w:cs="Times New Roman"/>
              <w:sz w:val="24"/>
              <w:szCs w:val="24"/>
              <w:lang w:val="en-IE"/>
            </w:rPr>
            <m:t>=</m:t>
          </m:r>
          <m:sSub>
            <m:sSubPr>
              <m:ctrlPr>
                <w:rPr>
                  <w:rFonts w:ascii="Cambria Math" w:hAnsi="Cambria Math" w:cs="Times New Roman"/>
                  <w:i/>
                  <w:sz w:val="24"/>
                  <w:szCs w:val="24"/>
                  <w:lang w:val="en-IE"/>
                </w:rPr>
              </m:ctrlPr>
            </m:sSubPr>
            <m:e>
              <m:r>
                <w:rPr>
                  <w:rFonts w:ascii="Cambria Math" w:hAnsi="Cambria Math" w:cs="Times New Roman"/>
                  <w:sz w:val="24"/>
                  <w:szCs w:val="24"/>
                  <w:lang w:val="en-IE"/>
                </w:rPr>
                <m:t>1.055P</m:t>
              </m:r>
            </m:e>
            <m:sub>
              <m:r>
                <w:rPr>
                  <w:rFonts w:ascii="Cambria Math" w:hAnsi="Cambria Math" w:cs="Times New Roman"/>
                  <w:sz w:val="24"/>
                  <w:szCs w:val="24"/>
                  <w:lang w:val="en-IE"/>
                </w:rPr>
                <m:t>n</m:t>
              </m:r>
            </m:sub>
          </m:sSub>
          <m:r>
            <w:rPr>
              <w:rFonts w:ascii="Cambria Math" w:hAnsi="Cambria Math" w:cs="Times New Roman"/>
              <w:sz w:val="24"/>
              <w:szCs w:val="24"/>
              <w:lang w:val="en-IE"/>
            </w:rPr>
            <m:t>+1500</m:t>
          </m:r>
        </m:oMath>
      </m:oMathPara>
    </w:p>
    <w:p w:rsidR="001C1337" w:rsidRPr="002C69A0" w:rsidRDefault="001C1337" w:rsidP="001C1337">
      <w:pPr>
        <w:pStyle w:val="NoSpacing"/>
        <w:jc w:val="center"/>
        <w:rPr>
          <w:rFonts w:ascii="Times New Roman" w:hAnsi="Times New Roman" w:cs="Times New Roman"/>
          <w:sz w:val="24"/>
          <w:szCs w:val="24"/>
          <w:lang w:val="en-IE"/>
        </w:rPr>
      </w:pPr>
    </w:p>
    <w:p w:rsidR="002C69A0" w:rsidRDefault="002C69A0" w:rsidP="002C69A0">
      <w:pPr>
        <w:pStyle w:val="NoSpacing"/>
        <w:rPr>
          <w:rFonts w:ascii="Times New Roman" w:hAnsi="Times New Roman" w:cs="Times New Roman"/>
          <w:sz w:val="24"/>
          <w:szCs w:val="24"/>
          <w:lang w:val="en-IE"/>
        </w:rPr>
      </w:pPr>
      <w:proofErr w:type="gramStart"/>
      <w:r w:rsidRPr="002C69A0">
        <w:rPr>
          <w:rFonts w:ascii="Times New Roman" w:hAnsi="Times New Roman" w:cs="Times New Roman"/>
          <w:sz w:val="24"/>
          <w:szCs w:val="24"/>
          <w:lang w:val="en-IE"/>
        </w:rPr>
        <w:t>where</w:t>
      </w:r>
      <w:proofErr w:type="gramEnd"/>
      <w:r w:rsidRPr="002C69A0">
        <w:rPr>
          <w:rFonts w:ascii="Times New Roman" w:hAnsi="Times New Roman" w:cs="Times New Roman"/>
          <w:sz w:val="24"/>
          <w:szCs w:val="24"/>
          <w:lang w:val="en-IE"/>
        </w:rPr>
        <w:t xml:space="preserve"> </w:t>
      </w:r>
      <w:r w:rsidRPr="002C69A0">
        <w:rPr>
          <w:rFonts w:ascii="Cambria Math" w:hAnsi="Cambria Math" w:cs="Cambria Math"/>
          <w:sz w:val="24"/>
          <w:szCs w:val="24"/>
          <w:lang w:val="en-IE"/>
        </w:rPr>
        <w:t>𝑛</w:t>
      </w:r>
      <w:r w:rsidRPr="002C69A0">
        <w:rPr>
          <w:rFonts w:ascii="Times New Roman" w:hAnsi="Times New Roman" w:cs="Times New Roman"/>
          <w:sz w:val="24"/>
          <w:szCs w:val="24"/>
          <w:lang w:val="en-IE"/>
        </w:rPr>
        <w:t xml:space="preserve"> ≥ 0, </w:t>
      </w:r>
      <w:r w:rsidRPr="002C69A0">
        <w:rPr>
          <w:rFonts w:ascii="Cambria Math" w:hAnsi="Cambria Math" w:cs="Cambria Math"/>
          <w:sz w:val="24"/>
          <w:szCs w:val="24"/>
          <w:lang w:val="en-IE"/>
        </w:rPr>
        <w:t>𝑛</w:t>
      </w:r>
      <w:r w:rsidRPr="002C69A0">
        <w:rPr>
          <w:rFonts w:ascii="Times New Roman" w:hAnsi="Times New Roman" w:cs="Times New Roman"/>
          <w:sz w:val="24"/>
          <w:szCs w:val="24"/>
          <w:lang w:val="en-IE"/>
        </w:rPr>
        <w:t xml:space="preserve"> </w:t>
      </w:r>
      <w:r w:rsidRPr="002C69A0">
        <w:rPr>
          <w:rFonts w:ascii="Cambria Math" w:hAnsi="Cambria Math" w:cs="Cambria Math"/>
          <w:sz w:val="24"/>
          <w:szCs w:val="24"/>
          <w:lang w:val="en-IE"/>
        </w:rPr>
        <w:t>∈</w:t>
      </w:r>
      <w:r w:rsidRPr="002C69A0">
        <w:rPr>
          <w:rFonts w:ascii="Times New Roman" w:hAnsi="Times New Roman" w:cs="Times New Roman"/>
          <w:sz w:val="24"/>
          <w:szCs w:val="24"/>
          <w:lang w:val="en-IE"/>
        </w:rPr>
        <w:t xml:space="preserve"> ℤ and </w:t>
      </w:r>
      <w:r w:rsidRPr="002C69A0">
        <w:rPr>
          <w:rFonts w:ascii="Cambria Math" w:hAnsi="Cambria Math" w:cs="Cambria Math"/>
          <w:sz w:val="24"/>
          <w:szCs w:val="24"/>
          <w:lang w:val="en-IE"/>
        </w:rPr>
        <w:t>𝑃</w:t>
      </w:r>
      <w:r w:rsidR="001C1337" w:rsidRPr="001C1337">
        <w:rPr>
          <w:rFonts w:ascii="Times New Roman" w:eastAsia="Times New Roman" w:hAnsi="Times New Roman" w:cs="Times New Roman"/>
          <w:sz w:val="24"/>
          <w:szCs w:val="24"/>
          <w:vertAlign w:val="subscript"/>
          <w:lang w:val="en-IE"/>
        </w:rPr>
        <w:t>0</w:t>
      </w:r>
      <w:r w:rsidRPr="002C69A0">
        <w:rPr>
          <w:rFonts w:ascii="Times New Roman" w:hAnsi="Times New Roman" w:cs="Times New Roman"/>
          <w:sz w:val="24"/>
          <w:szCs w:val="24"/>
          <w:lang w:val="en-IE"/>
        </w:rPr>
        <w:t xml:space="preserve"> = 3000.</w:t>
      </w:r>
    </w:p>
    <w:p w:rsidR="001C1337" w:rsidRPr="002C69A0" w:rsidRDefault="001C1337" w:rsidP="002C69A0">
      <w:pPr>
        <w:pStyle w:val="NoSpacing"/>
        <w:rPr>
          <w:rFonts w:ascii="Times New Roman" w:hAnsi="Times New Roman" w:cs="Times New Roman"/>
          <w:sz w:val="24"/>
          <w:szCs w:val="24"/>
          <w:lang w:val="en-IE"/>
        </w:rPr>
      </w:pPr>
    </w:p>
    <w:p w:rsidR="002C69A0" w:rsidRDefault="002C69A0" w:rsidP="001C1337">
      <w:pPr>
        <w:pStyle w:val="NoSpacing"/>
        <w:numPr>
          <w:ilvl w:val="0"/>
          <w:numId w:val="25"/>
        </w:numPr>
        <w:rPr>
          <w:rFonts w:ascii="Times New Roman" w:hAnsi="Times New Roman" w:cs="Times New Roman"/>
          <w:sz w:val="24"/>
          <w:szCs w:val="24"/>
          <w:lang w:val="en-IE"/>
        </w:rPr>
      </w:pPr>
      <w:r w:rsidRPr="002C69A0">
        <w:rPr>
          <w:rFonts w:ascii="Times New Roman" w:hAnsi="Times New Roman" w:cs="Times New Roman"/>
          <w:sz w:val="24"/>
          <w:szCs w:val="24"/>
          <w:lang w:val="en-IE"/>
        </w:rPr>
        <w:t xml:space="preserve">Solve this difference equation to find an expression for </w:t>
      </w:r>
      <w:r w:rsidRPr="002C69A0">
        <w:rPr>
          <w:rFonts w:ascii="Cambria Math" w:hAnsi="Cambria Math" w:cs="Cambria Math"/>
          <w:sz w:val="24"/>
          <w:szCs w:val="24"/>
          <w:lang w:val="en-IE"/>
        </w:rPr>
        <w:t>𝑃</w:t>
      </w:r>
      <w:r w:rsidR="001C1337" w:rsidRPr="001C1337">
        <w:rPr>
          <w:rFonts w:ascii="Times New Roman" w:eastAsia="Times New Roman" w:hAnsi="Times New Roman" w:cs="Times New Roman"/>
          <w:sz w:val="24"/>
          <w:szCs w:val="24"/>
          <w:vertAlign w:val="subscript"/>
          <w:lang w:val="en-IE"/>
        </w:rPr>
        <w:t>n</w:t>
      </w:r>
      <w:r w:rsidRPr="002C69A0">
        <w:rPr>
          <w:rFonts w:ascii="Times New Roman" w:hAnsi="Times New Roman" w:cs="Times New Roman"/>
          <w:sz w:val="24"/>
          <w:szCs w:val="24"/>
          <w:lang w:val="en-IE"/>
        </w:rPr>
        <w:t>, the value of John’s college fund</w:t>
      </w:r>
      <w:r>
        <w:rPr>
          <w:rFonts w:ascii="Times New Roman" w:hAnsi="Times New Roman" w:cs="Times New Roman"/>
          <w:sz w:val="24"/>
          <w:szCs w:val="24"/>
          <w:lang w:val="en-IE"/>
        </w:rPr>
        <w:t xml:space="preserve"> </w:t>
      </w:r>
      <w:r w:rsidRPr="002C69A0">
        <w:rPr>
          <w:rFonts w:ascii="Times New Roman" w:hAnsi="Times New Roman" w:cs="Times New Roman"/>
          <w:sz w:val="24"/>
          <w:szCs w:val="24"/>
          <w:lang w:val="en-IE"/>
        </w:rPr>
        <w:t xml:space="preserve">after </w:t>
      </w:r>
      <w:r w:rsidRPr="002C69A0">
        <w:rPr>
          <w:rFonts w:ascii="Cambria Math" w:hAnsi="Cambria Math" w:cs="Cambria Math"/>
          <w:sz w:val="24"/>
          <w:szCs w:val="24"/>
          <w:lang w:val="en-IE"/>
        </w:rPr>
        <w:t>𝑛</w:t>
      </w:r>
      <w:r w:rsidRPr="002C69A0">
        <w:rPr>
          <w:rFonts w:ascii="Times New Roman" w:hAnsi="Times New Roman" w:cs="Times New Roman"/>
          <w:sz w:val="24"/>
          <w:szCs w:val="24"/>
          <w:lang w:val="en-IE"/>
        </w:rPr>
        <w:t xml:space="preserve"> years.</w:t>
      </w:r>
    </w:p>
    <w:p w:rsidR="001C1337" w:rsidRDefault="001C1337" w:rsidP="001C1337">
      <w:pPr>
        <w:pStyle w:val="NoSpacing"/>
        <w:numPr>
          <w:ilvl w:val="0"/>
          <w:numId w:val="25"/>
        </w:numPr>
        <w:rPr>
          <w:rFonts w:ascii="Times New Roman" w:hAnsi="Times New Roman" w:cs="Times New Roman"/>
          <w:sz w:val="24"/>
          <w:szCs w:val="24"/>
          <w:lang w:val="en-IE"/>
        </w:rPr>
      </w:pPr>
      <w:r w:rsidRPr="001C1337">
        <w:rPr>
          <w:rFonts w:ascii="Times New Roman" w:hAnsi="Times New Roman" w:cs="Times New Roman"/>
          <w:sz w:val="24"/>
          <w:szCs w:val="24"/>
          <w:lang w:val="en-IE"/>
        </w:rPr>
        <w:t xml:space="preserve">Calculate </w:t>
      </w:r>
      <w:r w:rsidRPr="001C1337">
        <w:rPr>
          <w:rFonts w:ascii="Cambria Math" w:hAnsi="Cambria Math" w:cs="Cambria Math"/>
          <w:sz w:val="24"/>
          <w:szCs w:val="24"/>
          <w:lang w:val="en-IE"/>
        </w:rPr>
        <w:t>𝑃</w:t>
      </w:r>
      <w:r w:rsidRPr="001C1337">
        <w:rPr>
          <w:rFonts w:ascii="Times New Roman" w:eastAsia="Times New Roman" w:hAnsi="Times New Roman" w:cs="Times New Roman"/>
          <w:sz w:val="24"/>
          <w:szCs w:val="24"/>
          <w:vertAlign w:val="subscript"/>
          <w:lang w:val="en-IE"/>
        </w:rPr>
        <w:t>18</w:t>
      </w:r>
      <w:r w:rsidRPr="001C1337">
        <w:rPr>
          <w:rFonts w:ascii="Times New Roman" w:hAnsi="Times New Roman" w:cs="Times New Roman"/>
          <w:sz w:val="24"/>
          <w:szCs w:val="24"/>
          <w:lang w:val="en-IE"/>
        </w:rPr>
        <w:t>, the value of John’s college fund on his eighteenth birthday.</w:t>
      </w:r>
    </w:p>
    <w:p w:rsidR="002C69A0" w:rsidRDefault="002C69A0" w:rsidP="002C69A0">
      <w:pPr>
        <w:pStyle w:val="NoSpacing"/>
        <w:rPr>
          <w:rFonts w:ascii="Times New Roman" w:hAnsi="Times New Roman" w:cs="Times New Roman"/>
          <w:sz w:val="24"/>
          <w:szCs w:val="24"/>
          <w:lang w:val="en-IE"/>
        </w:rPr>
      </w:pPr>
    </w:p>
    <w:p w:rsidR="001C1337" w:rsidRPr="001C1337" w:rsidRDefault="001C1337" w:rsidP="001C1337">
      <w:pPr>
        <w:pStyle w:val="NoSpacing"/>
        <w:numPr>
          <w:ilvl w:val="0"/>
          <w:numId w:val="25"/>
        </w:numPr>
        <w:rPr>
          <w:rFonts w:ascii="Times New Roman" w:hAnsi="Times New Roman" w:cs="Times New Roman"/>
          <w:sz w:val="24"/>
          <w:szCs w:val="24"/>
          <w:lang w:val="en-IE"/>
        </w:rPr>
      </w:pPr>
      <w:r w:rsidRPr="001C1337">
        <w:rPr>
          <w:rFonts w:ascii="Times New Roman" w:hAnsi="Times New Roman" w:cs="Times New Roman"/>
          <w:sz w:val="24"/>
          <w:szCs w:val="24"/>
          <w:lang w:val="en-IE"/>
        </w:rPr>
        <w:t>Rather than use the entire fund his parents accumulated for college, John decided to work</w:t>
      </w:r>
      <w:r>
        <w:rPr>
          <w:rFonts w:ascii="Times New Roman" w:hAnsi="Times New Roman" w:cs="Times New Roman"/>
          <w:sz w:val="24"/>
          <w:szCs w:val="24"/>
          <w:lang w:val="en-IE"/>
        </w:rPr>
        <w:t xml:space="preserve"> </w:t>
      </w:r>
      <w:r w:rsidRPr="001C1337">
        <w:rPr>
          <w:rFonts w:ascii="Times New Roman" w:hAnsi="Times New Roman" w:cs="Times New Roman"/>
          <w:sz w:val="24"/>
          <w:szCs w:val="24"/>
          <w:lang w:val="en-IE"/>
        </w:rPr>
        <w:t>part time and invest €25 000 into his own new fund.</w:t>
      </w:r>
    </w:p>
    <w:p w:rsidR="001C1337" w:rsidRPr="001C1337" w:rsidRDefault="001C1337" w:rsidP="001C1337">
      <w:pPr>
        <w:pStyle w:val="NoSpacing"/>
        <w:ind w:left="360"/>
        <w:rPr>
          <w:rFonts w:ascii="Times New Roman" w:hAnsi="Times New Roman" w:cs="Times New Roman"/>
          <w:sz w:val="24"/>
          <w:szCs w:val="24"/>
          <w:lang w:val="en-IE"/>
        </w:rPr>
      </w:pPr>
      <w:r w:rsidRPr="001C1337">
        <w:rPr>
          <w:rFonts w:ascii="Times New Roman" w:hAnsi="Times New Roman" w:cs="Times New Roman"/>
          <w:sz w:val="24"/>
          <w:szCs w:val="24"/>
          <w:lang w:val="en-IE"/>
        </w:rPr>
        <w:t>John found a slightly better fixed annual rate of 5.7%.</w:t>
      </w:r>
    </w:p>
    <w:p w:rsidR="001C1337" w:rsidRPr="001C1337" w:rsidRDefault="001C1337" w:rsidP="001C1337">
      <w:pPr>
        <w:pStyle w:val="NoSpacing"/>
        <w:ind w:left="360"/>
        <w:rPr>
          <w:rFonts w:ascii="Times New Roman" w:hAnsi="Times New Roman" w:cs="Times New Roman"/>
          <w:sz w:val="24"/>
          <w:szCs w:val="24"/>
          <w:lang w:val="en-IE"/>
        </w:rPr>
      </w:pPr>
      <w:r w:rsidRPr="001C1337">
        <w:rPr>
          <w:rFonts w:ascii="Times New Roman" w:hAnsi="Times New Roman" w:cs="Times New Roman"/>
          <w:sz w:val="24"/>
          <w:szCs w:val="24"/>
          <w:lang w:val="en-IE"/>
        </w:rPr>
        <w:t>He decided to invest €200 on his birthday each year while in college.</w:t>
      </w:r>
    </w:p>
    <w:p w:rsidR="002C69A0" w:rsidRDefault="001C1337" w:rsidP="001C1337">
      <w:pPr>
        <w:pStyle w:val="NoSpacing"/>
        <w:ind w:left="360"/>
        <w:rPr>
          <w:rFonts w:ascii="Times New Roman" w:hAnsi="Times New Roman" w:cs="Times New Roman"/>
          <w:sz w:val="24"/>
          <w:szCs w:val="24"/>
          <w:lang w:val="en-IE"/>
        </w:rPr>
      </w:pPr>
      <w:r w:rsidRPr="001C1337">
        <w:rPr>
          <w:rFonts w:ascii="Times New Roman" w:hAnsi="Times New Roman" w:cs="Times New Roman"/>
          <w:sz w:val="24"/>
          <w:szCs w:val="24"/>
          <w:lang w:val="en-IE"/>
        </w:rPr>
        <w:t>Write down the difference equation that models the value, in €, of John’s investment fund</w:t>
      </w:r>
      <w:r>
        <w:rPr>
          <w:rFonts w:ascii="Times New Roman" w:hAnsi="Times New Roman" w:cs="Times New Roman"/>
          <w:sz w:val="24"/>
          <w:szCs w:val="24"/>
          <w:lang w:val="en-IE"/>
        </w:rPr>
        <w:t xml:space="preserve"> </w:t>
      </w:r>
      <w:r w:rsidRPr="001C1337">
        <w:rPr>
          <w:rFonts w:ascii="Times New Roman" w:hAnsi="Times New Roman" w:cs="Times New Roman"/>
          <w:sz w:val="24"/>
          <w:szCs w:val="24"/>
          <w:lang w:val="en-IE"/>
        </w:rPr>
        <w:t xml:space="preserve">after </w:t>
      </w:r>
      <w:r w:rsidRPr="001C1337">
        <w:rPr>
          <w:rFonts w:ascii="Cambria Math" w:hAnsi="Cambria Math" w:cs="Cambria Math"/>
          <w:sz w:val="24"/>
          <w:szCs w:val="24"/>
          <w:lang w:val="en-IE"/>
        </w:rPr>
        <w:t>𝑛</w:t>
      </w:r>
      <w:r w:rsidRPr="001C1337">
        <w:rPr>
          <w:rFonts w:ascii="Times New Roman" w:hAnsi="Times New Roman" w:cs="Times New Roman"/>
          <w:sz w:val="24"/>
          <w:szCs w:val="24"/>
          <w:lang w:val="en-IE"/>
        </w:rPr>
        <w:t xml:space="preserve"> years.</w:t>
      </w:r>
    </w:p>
    <w:p w:rsidR="002C69A0" w:rsidRDefault="002C69A0" w:rsidP="002C69A0">
      <w:pPr>
        <w:pStyle w:val="NoSpacing"/>
        <w:rPr>
          <w:rFonts w:ascii="Times New Roman" w:hAnsi="Times New Roman" w:cs="Times New Roman"/>
          <w:sz w:val="24"/>
          <w:szCs w:val="24"/>
        </w:rPr>
      </w:pPr>
    </w:p>
    <w:p w:rsidR="00AA77AB" w:rsidRPr="00AE0801" w:rsidRDefault="00AA77AB" w:rsidP="004D334A">
      <w:pPr>
        <w:pStyle w:val="NoSpacing"/>
        <w:rPr>
          <w:rFonts w:ascii="Times New Roman" w:hAnsi="Times New Roman" w:cs="Times New Roman"/>
          <w:sz w:val="24"/>
          <w:szCs w:val="24"/>
        </w:rPr>
      </w:pPr>
    </w:p>
    <w:sectPr w:rsidR="00AA77AB" w:rsidRPr="00AE0801" w:rsidSect="00C85E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533DE0"/>
    <w:multiLevelType w:val="hybridMultilevel"/>
    <w:tmpl w:val="36C8F27C"/>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D7744AF"/>
    <w:multiLevelType w:val="hybridMultilevel"/>
    <w:tmpl w:val="3B1605B6"/>
    <w:lvl w:ilvl="0" w:tplc="8F66C65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DB57E59"/>
    <w:multiLevelType w:val="hybridMultilevel"/>
    <w:tmpl w:val="617AE4D8"/>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0BA5C3F"/>
    <w:multiLevelType w:val="hybridMultilevel"/>
    <w:tmpl w:val="32FC5586"/>
    <w:lvl w:ilvl="0" w:tplc="4CB8B11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2CC3E12"/>
    <w:multiLevelType w:val="hybridMultilevel"/>
    <w:tmpl w:val="A9DCEC68"/>
    <w:lvl w:ilvl="0" w:tplc="0606605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42036D4"/>
    <w:multiLevelType w:val="hybridMultilevel"/>
    <w:tmpl w:val="FE9E882A"/>
    <w:lvl w:ilvl="0" w:tplc="FC8C2F22">
      <w:start w:val="1"/>
      <w:numFmt w:val="lowerRoman"/>
      <w:lvlText w:val="(%1)"/>
      <w:lvlJc w:val="left"/>
      <w:pPr>
        <w:ind w:left="36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D341D2D"/>
    <w:multiLevelType w:val="hybridMultilevel"/>
    <w:tmpl w:val="D950600E"/>
    <w:lvl w:ilvl="0" w:tplc="CC624B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0076267"/>
    <w:multiLevelType w:val="hybridMultilevel"/>
    <w:tmpl w:val="1B38BADC"/>
    <w:lvl w:ilvl="0" w:tplc="375E60A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2B41472"/>
    <w:multiLevelType w:val="hybridMultilevel"/>
    <w:tmpl w:val="6444EFD2"/>
    <w:lvl w:ilvl="0" w:tplc="D33A0E1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0C1C59"/>
    <w:multiLevelType w:val="hybridMultilevel"/>
    <w:tmpl w:val="019C3BF0"/>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17F014E"/>
    <w:multiLevelType w:val="hybridMultilevel"/>
    <w:tmpl w:val="E654B5A4"/>
    <w:lvl w:ilvl="0" w:tplc="E4A2B23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A46467F"/>
    <w:multiLevelType w:val="hybridMultilevel"/>
    <w:tmpl w:val="F4C6D7F6"/>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C276253"/>
    <w:multiLevelType w:val="hybridMultilevel"/>
    <w:tmpl w:val="C8A4F1CE"/>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F753C87"/>
    <w:multiLevelType w:val="hybridMultilevel"/>
    <w:tmpl w:val="11D688E8"/>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04F4C05"/>
    <w:multiLevelType w:val="hybridMultilevel"/>
    <w:tmpl w:val="667072BE"/>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40583F9E"/>
    <w:multiLevelType w:val="hybridMultilevel"/>
    <w:tmpl w:val="B1C2141A"/>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1A47134"/>
    <w:multiLevelType w:val="hybridMultilevel"/>
    <w:tmpl w:val="98F0BE72"/>
    <w:lvl w:ilvl="0" w:tplc="7DD4D44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00B6C50"/>
    <w:multiLevelType w:val="hybridMultilevel"/>
    <w:tmpl w:val="7D302186"/>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33314A2"/>
    <w:multiLevelType w:val="hybridMultilevel"/>
    <w:tmpl w:val="B678BBEC"/>
    <w:lvl w:ilvl="0" w:tplc="D2D24CC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54906B4E"/>
    <w:multiLevelType w:val="hybridMultilevel"/>
    <w:tmpl w:val="BF6E6D42"/>
    <w:lvl w:ilvl="0" w:tplc="E7C8866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555C668A"/>
    <w:multiLevelType w:val="hybridMultilevel"/>
    <w:tmpl w:val="0A3AC266"/>
    <w:lvl w:ilvl="0" w:tplc="043CC746">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63A44A79"/>
    <w:multiLevelType w:val="hybridMultilevel"/>
    <w:tmpl w:val="955086E6"/>
    <w:lvl w:ilvl="0" w:tplc="CC624B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B1F6383"/>
    <w:multiLevelType w:val="hybridMultilevel"/>
    <w:tmpl w:val="D72C6DAA"/>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C7C2BB3"/>
    <w:multiLevelType w:val="hybridMultilevel"/>
    <w:tmpl w:val="F12845F8"/>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E476D93"/>
    <w:multiLevelType w:val="hybridMultilevel"/>
    <w:tmpl w:val="D098DCF4"/>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FEA2444"/>
    <w:multiLevelType w:val="hybridMultilevel"/>
    <w:tmpl w:val="0F766804"/>
    <w:lvl w:ilvl="0" w:tplc="043CC746">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70554AF"/>
    <w:multiLevelType w:val="hybridMultilevel"/>
    <w:tmpl w:val="80F83616"/>
    <w:lvl w:ilvl="0" w:tplc="38601EF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D8B088A"/>
    <w:multiLevelType w:val="hybridMultilevel"/>
    <w:tmpl w:val="3DBCDD10"/>
    <w:lvl w:ilvl="0" w:tplc="B8262DBE">
      <w:start w:val="1"/>
      <w:numFmt w:val="low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25"/>
  </w:num>
  <w:num w:numId="12">
    <w:abstractNumId w:val="29"/>
  </w:num>
  <w:num w:numId="13">
    <w:abstractNumId w:val="27"/>
  </w:num>
  <w:num w:numId="14">
    <w:abstractNumId w:val="11"/>
  </w:num>
  <w:num w:numId="15">
    <w:abstractNumId w:val="12"/>
  </w:num>
  <w:num w:numId="16">
    <w:abstractNumId w:val="24"/>
  </w:num>
  <w:num w:numId="17">
    <w:abstractNumId w:val="22"/>
  </w:num>
  <w:num w:numId="18">
    <w:abstractNumId w:val="19"/>
  </w:num>
  <w:num w:numId="19">
    <w:abstractNumId w:val="17"/>
  </w:num>
  <w:num w:numId="20">
    <w:abstractNumId w:val="32"/>
  </w:num>
  <w:num w:numId="21">
    <w:abstractNumId w:val="36"/>
  </w:num>
  <w:num w:numId="22">
    <w:abstractNumId w:val="9"/>
  </w:num>
  <w:num w:numId="23">
    <w:abstractNumId w:val="33"/>
  </w:num>
  <w:num w:numId="24">
    <w:abstractNumId w:val="18"/>
  </w:num>
  <w:num w:numId="25">
    <w:abstractNumId w:val="35"/>
  </w:num>
  <w:num w:numId="26">
    <w:abstractNumId w:val="16"/>
  </w:num>
  <w:num w:numId="27">
    <w:abstractNumId w:val="21"/>
  </w:num>
  <w:num w:numId="28">
    <w:abstractNumId w:val="10"/>
  </w:num>
  <w:num w:numId="29">
    <w:abstractNumId w:val="26"/>
  </w:num>
  <w:num w:numId="30">
    <w:abstractNumId w:val="28"/>
  </w:num>
  <w:num w:numId="31">
    <w:abstractNumId w:val="13"/>
  </w:num>
  <w:num w:numId="32">
    <w:abstractNumId w:val="31"/>
  </w:num>
  <w:num w:numId="33">
    <w:abstractNumId w:val="34"/>
  </w:num>
  <w:num w:numId="34">
    <w:abstractNumId w:val="23"/>
  </w:num>
  <w:num w:numId="35">
    <w:abstractNumId w:val="30"/>
  </w:num>
  <w:num w:numId="36">
    <w:abstractNumId w:val="2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E2413"/>
    <w:rsid w:val="0015074B"/>
    <w:rsid w:val="001C1337"/>
    <w:rsid w:val="001E4255"/>
    <w:rsid w:val="0029639D"/>
    <w:rsid w:val="002C69A0"/>
    <w:rsid w:val="00326F90"/>
    <w:rsid w:val="00483DFE"/>
    <w:rsid w:val="00493AE3"/>
    <w:rsid w:val="004D334A"/>
    <w:rsid w:val="004D4F2F"/>
    <w:rsid w:val="00523E49"/>
    <w:rsid w:val="006A34CF"/>
    <w:rsid w:val="00977677"/>
    <w:rsid w:val="00AA1D8D"/>
    <w:rsid w:val="00AA77AB"/>
    <w:rsid w:val="00AE0801"/>
    <w:rsid w:val="00B37F1E"/>
    <w:rsid w:val="00B47730"/>
    <w:rsid w:val="00B5699C"/>
    <w:rsid w:val="00BF7860"/>
    <w:rsid w:val="00C85E0E"/>
    <w:rsid w:val="00CB0664"/>
    <w:rsid w:val="00D173A5"/>
    <w:rsid w:val="00F154E4"/>
    <w:rsid w:val="00F47E7D"/>
    <w:rsid w:val="00F90E86"/>
    <w:rsid w:val="00F94CD6"/>
    <w:rsid w:val="00FC693F"/>
    <w:rsid w:val="00FE76B4"/>
    <w:rsid w:val="00FF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3E30CE"/>
  <w14:defaultImageDpi w14:val="300"/>
  <w15:docId w15:val="{ADAA3237-84C6-4F83-94E9-41263017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laceholderText">
    <w:name w:val="Placeholder Text"/>
    <w:basedOn w:val="DefaultParagraphFont"/>
    <w:uiPriority w:val="99"/>
    <w:semiHidden/>
    <w:rsid w:val="004D33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5C18F-0365-440B-8A60-CA9B9781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13</Pages>
  <Words>2035</Words>
  <Characters>11601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Noel Cunningham</cp:lastModifiedBy>
  <cp:revision>10</cp:revision>
  <dcterms:created xsi:type="dcterms:W3CDTF">2013-12-23T23:15:00Z</dcterms:created>
  <dcterms:modified xsi:type="dcterms:W3CDTF">2024-07-01T13:38:00Z</dcterms:modified>
  <cp:category/>
</cp:coreProperties>
</file>